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t>PERSONAL CARE ASSISTANT (PCA) HIRING &amp; ONBOARDING PACKET</w:t>
            </w:r>
          </w:p>
        </w:tc>
      </w:tr>
    </w:tbl>
    <w:p w:rsidR="008612B3" w:rsidRDefault="00614360">
      <w:pPr>
        <w:spacing w:before="60" w:after="120"/>
        <w:jc w:val="center"/>
      </w:pPr>
      <w:r>
        <w:rPr>
          <w:i/>
          <w:color w:val="3E7C7B"/>
          <w:sz w:val="18"/>
        </w:rPr>
        <w:t>Private Home Care Agency - Editable Template</w:t>
      </w:r>
    </w:p>
    <w:p w:rsidR="008612B3" w:rsidRDefault="00614360">
      <w:pPr>
        <w:spacing w:after="160"/>
        <w:jc w:val="center"/>
      </w:pPr>
      <w:r>
        <w:rPr>
          <w:b/>
          <w:color w:val="3E7C7B"/>
          <w:sz w:val="38"/>
        </w:rPr>
        <w:t>[AGENCY NAME]</w:t>
      </w:r>
    </w:p>
    <w:tbl>
      <w:tblPr>
        <w:tblW w:w="0" w:type="auto"/>
        <w:jc w:val="center"/>
        <w:tblLayout w:type="fixed"/>
        <w:tblLook w:val="04A0" w:firstRow="1" w:lastRow="0" w:firstColumn="1" w:lastColumn="0" w:noHBand="0" w:noVBand="1"/>
      </w:tblPr>
      <w:tblGrid>
        <w:gridCol w:w="2592"/>
        <w:gridCol w:w="7848"/>
      </w:tblGrid>
      <w:tr w:rsidR="008612B3">
        <w:trPr>
          <w:jc w:val="center"/>
        </w:trPr>
        <w:tc>
          <w:tcPr>
            <w:tcW w:w="2592"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7"/>
              </w:rPr>
              <w:t>Applicant/Employee Name</w:t>
            </w:r>
          </w:p>
        </w:tc>
        <w:tc>
          <w:tcPr>
            <w:tcW w:w="784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2592"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7"/>
              </w:rPr>
              <w:t>Position Applied For</w:t>
            </w:r>
          </w:p>
        </w:tc>
        <w:tc>
          <w:tcPr>
            <w:tcW w:w="784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2592"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7"/>
              </w:rPr>
              <w:t>Packet Date</w:t>
            </w:r>
          </w:p>
        </w:tc>
        <w:tc>
          <w:tcPr>
            <w:tcW w:w="784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8612B3">
      <w:pPr>
        <w:spacing w:after="20"/>
      </w:pPr>
    </w:p>
    <w:p w:rsidR="008612B3" w:rsidRDefault="00614360">
      <w:pPr>
        <w:pStyle w:val="Heading2"/>
      </w:pPr>
      <w:r>
        <w:t>Documents to Submit</w:t>
      </w:r>
    </w:p>
    <w:p w:rsidR="008612B3" w:rsidRDefault="00614360">
      <w:pPr>
        <w:pStyle w:val="CompactBody"/>
      </w:pPr>
      <w:r>
        <w:t>Submit the applicable documents below. Missing or expired items may delay the hiring process or client assignment.</w:t>
      </w:r>
    </w:p>
    <w:tbl>
      <w:tblPr>
        <w:tblW w:w="0" w:type="auto"/>
        <w:jc w:val="center"/>
        <w:tblLayout w:type="fixed"/>
        <w:tblLook w:val="04A0" w:firstRow="1" w:lastRow="0" w:firstColumn="1" w:lastColumn="0" w:noHBand="0" w:noVBand="1"/>
      </w:tblPr>
      <w:tblGrid>
        <w:gridCol w:w="432"/>
        <w:gridCol w:w="4680"/>
        <w:gridCol w:w="432"/>
        <w:gridCol w:w="4896"/>
      </w:tblGrid>
      <w:tr w:rsidR="008612B3">
        <w:trPr>
          <w:jc w:val="center"/>
        </w:trPr>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680"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Completed employment application</w:t>
            </w:r>
          </w:p>
        </w:tc>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896"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CPR / First Aid documentation, if required</w:t>
            </w:r>
          </w:p>
        </w:tc>
      </w:tr>
      <w:tr w:rsidR="008612B3">
        <w:trPr>
          <w:jc w:val="center"/>
        </w:trPr>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680"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Government-issued photo identification</w:t>
            </w:r>
          </w:p>
        </w:tc>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896"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Baseline TB screening documentation</w:t>
            </w:r>
          </w:p>
        </w:tc>
      </w:tr>
      <w:tr w:rsidR="008612B3">
        <w:trPr>
          <w:jc w:val="center"/>
        </w:trPr>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680"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Employment eligibility documents</w:t>
            </w:r>
          </w:p>
        </w:tc>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896"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Driver's license and auto insurance, if driving</w:t>
            </w:r>
          </w:p>
        </w:tc>
      </w:tr>
      <w:tr w:rsidR="008612B3">
        <w:trPr>
          <w:jc w:val="center"/>
        </w:trPr>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680"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PCA qualification, training, or competency documentation</w:t>
            </w:r>
          </w:p>
        </w:tc>
        <w:tc>
          <w:tcPr>
            <w:tcW w:w="432"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color w:val="3E7C7B"/>
                <w:sz w:val="20"/>
              </w:rPr>
              <w:t>☐</w:t>
            </w:r>
          </w:p>
        </w:tc>
        <w:tc>
          <w:tcPr>
            <w:tcW w:w="4896"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7"/>
              </w:rPr>
              <w:t>Background check / fingerprint documentation</w:t>
            </w:r>
          </w:p>
        </w:tc>
      </w:tr>
    </w:tbl>
    <w:p w:rsidR="008612B3" w:rsidRDefault="008612B3">
      <w:pPr>
        <w:spacing w:after="20"/>
      </w:pP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tcBorders>
              <w:top w:val="single" w:sz="6" w:space="0" w:color="3E7C7B"/>
              <w:left w:val="single" w:sz="6" w:space="0" w:color="3E7C7B"/>
              <w:bottom w:val="single" w:sz="6" w:space="0" w:color="3E7C7B"/>
              <w:right w:val="single" w:sz="6" w:space="0" w:color="3E7C7B"/>
            </w:tcBorders>
            <w:shd w:val="clear" w:color="auto" w:fill="EAF0F5"/>
            <w:tcMar>
              <w:top w:w="65" w:type="dxa"/>
              <w:left w:w="75" w:type="dxa"/>
              <w:bottom w:w="65" w:type="dxa"/>
              <w:right w:w="75" w:type="dxa"/>
            </w:tcMar>
            <w:vAlign w:val="center"/>
          </w:tcPr>
          <w:p w:rsidR="008612B3" w:rsidRDefault="00614360">
            <w:pPr>
              <w:spacing w:after="0" w:line="240" w:lineRule="auto"/>
            </w:pPr>
            <w:r>
              <w:rPr>
                <w:color w:val="24313D"/>
                <w:sz w:val="16"/>
              </w:rPr>
              <w:t>CUSTOMIZATION NOTE: Use Word Find and Replace to update [AGENCY NAME], [AGENCY ADDRESS], [PHONE], [EMAIL], and [WEBSITE] throughout this packet before giving it to applicants or employees.</w:t>
            </w:r>
          </w:p>
        </w:tc>
      </w:tr>
    </w:tbl>
    <w:p w:rsidR="008612B3" w:rsidRDefault="008612B3">
      <w:pPr>
        <w:spacing w:after="0"/>
      </w:pPr>
    </w:p>
    <w:p w:rsidR="008612B3" w:rsidRDefault="00614360">
      <w:pPr>
        <w:pStyle w:val="CompactBody"/>
        <w:spacing w:before="80"/>
      </w:pPr>
      <w:proofErr w:type="gramStart"/>
      <w:r>
        <w:rPr>
          <w:b/>
          <w:color w:val="1F3A5F"/>
          <w:sz w:val="16"/>
        </w:rPr>
        <w:t>Equal Employment Opportunity.</w:t>
      </w:r>
      <w:proofErr w:type="gramEnd"/>
      <w:r>
        <w:rPr>
          <w:b/>
          <w:color w:val="1F3A5F"/>
          <w:sz w:val="16"/>
        </w:rPr>
        <w:t xml:space="preserve"> </w:t>
      </w:r>
      <w:r>
        <w:rPr>
          <w:color w:val="24313D"/>
          <w:sz w:val="16"/>
        </w:rPr>
        <w:t>[AGENCY NAME] provides equal employment opportunities and does not discriminate on the basis of any status protected by applicable federal, state, or local law.</w:t>
      </w:r>
    </w:p>
    <w:p w:rsidR="008612B3" w:rsidRDefault="00614360">
      <w:pPr>
        <w:pStyle w:val="CompactBody"/>
      </w:pPr>
      <w:proofErr w:type="gramStart"/>
      <w:r>
        <w:rPr>
          <w:b/>
          <w:color w:val="1F3A5F"/>
          <w:sz w:val="16"/>
        </w:rPr>
        <w:t>Template Notice.</w:t>
      </w:r>
      <w:proofErr w:type="gramEnd"/>
      <w:r>
        <w:rPr>
          <w:b/>
          <w:color w:val="1F3A5F"/>
          <w:sz w:val="16"/>
        </w:rPr>
        <w:t xml:space="preserve"> </w:t>
      </w:r>
      <w:r>
        <w:rPr>
          <w:color w:val="66737F"/>
          <w:sz w:val="16"/>
        </w:rPr>
        <w:t>This packet must be customized to the agency's services, policies, payer contracts, background-screening process, and current legal requirements before use.</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EMPLOYMENT APPLICATION</w:t>
            </w:r>
          </w:p>
        </w:tc>
      </w:tr>
    </w:tbl>
    <w:p w:rsidR="008612B3" w:rsidRDefault="00614360">
      <w:pPr>
        <w:spacing w:before="60" w:after="120"/>
        <w:jc w:val="center"/>
      </w:pPr>
      <w:r>
        <w:rPr>
          <w:i/>
          <w:color w:val="3E7C7B"/>
          <w:sz w:val="18"/>
        </w:rPr>
        <w:t>Position: Personal Care Assistant (PCA)</w:t>
      </w:r>
    </w:p>
    <w:p w:rsidR="008612B3" w:rsidRDefault="00614360">
      <w:pPr>
        <w:pStyle w:val="Heading2"/>
      </w:pPr>
      <w:r>
        <w:t>Personal Information</w:t>
      </w:r>
    </w:p>
    <w:tbl>
      <w:tblPr>
        <w:tblW w:w="0" w:type="auto"/>
        <w:jc w:val="center"/>
        <w:tblLayout w:type="fixed"/>
        <w:tblLook w:val="04A0" w:firstRow="1" w:lastRow="0" w:firstColumn="1" w:lastColumn="0" w:noHBand="0" w:noVBand="1"/>
      </w:tblPr>
      <w:tblGrid>
        <w:gridCol w:w="1728"/>
        <w:gridCol w:w="3456"/>
        <w:gridCol w:w="1728"/>
        <w:gridCol w:w="3528"/>
      </w:tblGrid>
      <w:tr w:rsidR="008612B3">
        <w:trPr>
          <w:trHeight w:val="490"/>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Legal First Name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Middle Name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490"/>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Last Name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Preferred Name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490"/>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Street Address</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Apartment/Unit</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490"/>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City / State / ZIP</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County</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490"/>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Primary Phone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Email</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8612B3">
      <w:pPr>
        <w:spacing w:after="0"/>
      </w:pPr>
    </w:p>
    <w:p w:rsidR="008612B3" w:rsidRDefault="00614360">
      <w:pPr>
        <w:pStyle w:val="Heading2"/>
      </w:pPr>
      <w:r>
        <w:t>Position and Eligibility</w:t>
      </w:r>
    </w:p>
    <w:p w:rsidR="008612B3" w:rsidRDefault="00614360">
      <w:pPr>
        <w:pStyle w:val="CompactBody"/>
        <w:ind w:left="72"/>
      </w:pPr>
      <w:r>
        <w:t>Are you legally authorized to work in the United States?   ☐ Yes   ☐ No</w:t>
      </w:r>
    </w:p>
    <w:p w:rsidR="008612B3" w:rsidRDefault="00614360">
      <w:pPr>
        <w:pStyle w:val="CompactBody"/>
        <w:ind w:left="72"/>
      </w:pPr>
      <w:r>
        <w:t>Are you at least 18 years of age?   ☐ Yes   ☐ No</w:t>
      </w:r>
    </w:p>
    <w:p w:rsidR="008612B3" w:rsidRDefault="00614360">
      <w:pPr>
        <w:pStyle w:val="CompactBody"/>
        <w:ind w:left="72"/>
      </w:pPr>
      <w:r>
        <w:t>Have you previously applied to or worked for [AGENCY NAME]?   ☐ Yes   ☐ No   If yes, date/position: ____________________</w:t>
      </w:r>
    </w:p>
    <w:p w:rsidR="008612B3" w:rsidRDefault="00614360">
      <w:pPr>
        <w:pStyle w:val="CompactBody"/>
        <w:ind w:left="72"/>
      </w:pPr>
      <w:r>
        <w:t xml:space="preserve">Do you have a valid driver's license?   </w:t>
      </w:r>
      <w:proofErr w:type="gramStart"/>
      <w:r>
        <w:t>☐ Yes   ☐ No      Reliable transportation?</w:t>
      </w:r>
      <w:proofErr w:type="gramEnd"/>
      <w:r>
        <w:t xml:space="preserve">   ☐ Yes   ☐ No</w:t>
      </w:r>
    </w:p>
    <w:p w:rsidR="008612B3" w:rsidRDefault="00614360">
      <w:pPr>
        <w:pStyle w:val="CompactBody"/>
        <w:ind w:left="72"/>
      </w:pPr>
      <w:r>
        <w:t>Are you willing and able to travel to client homes in the agency service area?   ☐ Yes   ☐ No</w:t>
      </w:r>
    </w:p>
    <w:p w:rsidR="008612B3" w:rsidRDefault="00614360">
      <w:pPr>
        <w:pStyle w:val="CompactBody"/>
        <w:ind w:left="72"/>
      </w:pPr>
      <w:r>
        <w:t>Have you been convicted of, pleaded guilty to, or pleaded nolo contendere to an offense that has not been sealed or expunged?   ☐ Yes   ☐ No</w:t>
      </w:r>
    </w:p>
    <w:p w:rsidR="008612B3" w:rsidRDefault="00614360">
      <w:pPr>
        <w:pStyle w:val="CompactBody"/>
      </w:pPr>
      <w:r>
        <w:rPr>
          <w:b/>
          <w:color w:val="1F3A5F"/>
        </w:rPr>
        <w:t xml:space="preserve">Explanation, if applicable: </w:t>
      </w:r>
      <w:r>
        <w:t>____________________________________________________________________________________________</w:t>
      </w:r>
    </w:p>
    <w:p w:rsidR="008612B3" w:rsidRDefault="00614360">
      <w:pPr>
        <w:pStyle w:val="CompactBody"/>
      </w:pPr>
      <w:r>
        <w:t>________________________________________________________________________________________________________</w:t>
      </w:r>
    </w:p>
    <w:p w:rsidR="008612B3" w:rsidRDefault="00614360">
      <w:pPr>
        <w:pStyle w:val="CompactBody"/>
      </w:pPr>
      <w:r>
        <w:rPr>
          <w:b/>
          <w:color w:val="1F3A5F"/>
          <w:sz w:val="16"/>
        </w:rPr>
        <w:t xml:space="preserve">Note: </w:t>
      </w:r>
      <w:r>
        <w:rPr>
          <w:color w:val="66737F"/>
          <w:sz w:val="16"/>
        </w:rPr>
        <w:t>A conviction does not automatically disqualify an applicant. The agency will consider job-related factors and applicable law.</w:t>
      </w:r>
    </w:p>
    <w:p w:rsidR="008612B3" w:rsidRDefault="00614360">
      <w:pPr>
        <w:pStyle w:val="Heading2"/>
      </w:pPr>
      <w:r>
        <w:t>Availability</w:t>
      </w:r>
    </w:p>
    <w:tbl>
      <w:tblPr>
        <w:tblW w:w="0" w:type="auto"/>
        <w:jc w:val="center"/>
        <w:tblLayout w:type="fixed"/>
        <w:tblLook w:val="04A0" w:firstRow="1" w:lastRow="0" w:firstColumn="1" w:lastColumn="0" w:noHBand="0" w:noVBand="1"/>
      </w:tblPr>
      <w:tblGrid>
        <w:gridCol w:w="1944"/>
        <w:gridCol w:w="2736"/>
        <w:gridCol w:w="2736"/>
        <w:gridCol w:w="3024"/>
      </w:tblGrid>
      <w:tr w:rsidR="008612B3">
        <w:trPr>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6"/>
              </w:rPr>
              <w:t>Day</w:t>
            </w:r>
          </w:p>
        </w:tc>
        <w:tc>
          <w:tcPr>
            <w:tcW w:w="2736"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6"/>
              </w:rPr>
              <w:t>Available?</w:t>
            </w:r>
          </w:p>
        </w:tc>
        <w:tc>
          <w:tcPr>
            <w:tcW w:w="2736"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6"/>
              </w:rPr>
              <w:t>Earliest Start</w:t>
            </w:r>
          </w:p>
        </w:tc>
        <w:tc>
          <w:tcPr>
            <w:tcW w:w="302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6"/>
              </w:rPr>
              <w:t>Latest End</w:t>
            </w: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Sunday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Monday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Tuesday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Wednesday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Thursday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Friday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89"/>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Saturday</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6"/>
              </w:rPr>
              <w:t>☐ Yes   ☐ No</w:t>
            </w:r>
          </w:p>
        </w:tc>
        <w:tc>
          <w:tcPr>
            <w:tcW w:w="27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CompactBody"/>
      </w:pPr>
      <w:r>
        <w:t>Preferred status:  ☐ Full-time   ☐ Part-time   ☐ PRN/As-needed</w:t>
      </w:r>
    </w:p>
    <w:p w:rsidR="008612B3" w:rsidRDefault="00614360">
      <w:pPr>
        <w:pStyle w:val="CompactBody"/>
      </w:pPr>
      <w:r>
        <w:t xml:space="preserve">How did you hear about us?  ☐ Referral   ☐ </w:t>
      </w:r>
      <w:proofErr w:type="gramStart"/>
      <w:r>
        <w:t>Online</w:t>
      </w:r>
      <w:proofErr w:type="gramEnd"/>
      <w:r>
        <w:t xml:space="preserve"> posting   ☐ Social media   ☐ Other: __________________________</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EMPLOYMENT APPLICATION - EDUCATION &amp; EXPERIENCE</w:t>
            </w:r>
          </w:p>
        </w:tc>
      </w:tr>
    </w:tbl>
    <w:p w:rsidR="008612B3" w:rsidRDefault="008612B3">
      <w:pPr>
        <w:spacing w:after="20"/>
      </w:pPr>
    </w:p>
    <w:p w:rsidR="008612B3" w:rsidRDefault="00614360">
      <w:pPr>
        <w:pStyle w:val="Heading2"/>
      </w:pPr>
      <w:r>
        <w:t>Education</w:t>
      </w:r>
    </w:p>
    <w:tbl>
      <w:tblPr>
        <w:tblW w:w="0" w:type="auto"/>
        <w:jc w:val="center"/>
        <w:tblLayout w:type="fixed"/>
        <w:tblLook w:val="04A0" w:firstRow="1" w:lastRow="0" w:firstColumn="1" w:lastColumn="0" w:noHBand="0" w:noVBand="1"/>
      </w:tblPr>
      <w:tblGrid>
        <w:gridCol w:w="1800"/>
        <w:gridCol w:w="3384"/>
        <w:gridCol w:w="1512"/>
        <w:gridCol w:w="1655"/>
        <w:gridCol w:w="2088"/>
      </w:tblGrid>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5"/>
              </w:rPr>
              <w:t>Level</w:t>
            </w:r>
          </w:p>
        </w:tc>
        <w:tc>
          <w:tcPr>
            <w:tcW w:w="338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5"/>
              </w:rPr>
              <w:t>School / Location</w:t>
            </w:r>
          </w:p>
        </w:tc>
        <w:tc>
          <w:tcPr>
            <w:tcW w:w="1512"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5"/>
              </w:rPr>
              <w:t>Dates Attended</w:t>
            </w:r>
          </w:p>
        </w:tc>
        <w:tc>
          <w:tcPr>
            <w:tcW w:w="1655"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5"/>
              </w:rPr>
              <w:t>Graduated?</w:t>
            </w:r>
          </w:p>
        </w:tc>
        <w:tc>
          <w:tcPr>
            <w:tcW w:w="2088"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5"/>
              </w:rPr>
              <w:t>Degree / Field</w:t>
            </w:r>
          </w:p>
        </w:tc>
      </w:tr>
      <w:tr w:rsidR="008612B3">
        <w:trPr>
          <w:trHeight w:val="605"/>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High School / GED</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1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5"/>
              </w:rPr>
              <w:t>☐ Yes  ☐ No</w:t>
            </w: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605"/>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College</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1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5"/>
              </w:rPr>
              <w:t>☐ Yes  ☐ No</w:t>
            </w: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605"/>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Technical / Trade</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1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5"/>
              </w:rPr>
              <w:t>☐ Yes  ☐ No</w:t>
            </w: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605"/>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Other Training</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1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jc w:val="center"/>
            </w:pPr>
            <w:r>
              <w:rPr>
                <w:color w:val="24313D"/>
                <w:sz w:val="15"/>
              </w:rPr>
              <w:t>☐ Yes  ☐ No</w:t>
            </w: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Heading2"/>
      </w:pPr>
      <w:r>
        <w:t>Licenses, Certifications, and Credentials</w:t>
      </w:r>
    </w:p>
    <w:tbl>
      <w:tblPr>
        <w:tblW w:w="0" w:type="auto"/>
        <w:jc w:val="center"/>
        <w:tblLayout w:type="fixed"/>
        <w:tblLook w:val="04A0" w:firstRow="1" w:lastRow="0" w:firstColumn="1" w:lastColumn="0" w:noHBand="0" w:noVBand="1"/>
      </w:tblPr>
      <w:tblGrid>
        <w:gridCol w:w="2376"/>
        <w:gridCol w:w="1224"/>
        <w:gridCol w:w="2232"/>
        <w:gridCol w:w="2232"/>
        <w:gridCol w:w="2376"/>
      </w:tblGrid>
      <w:tr w:rsidR="008612B3">
        <w:trPr>
          <w:jc w:val="center"/>
        </w:trPr>
        <w:tc>
          <w:tcPr>
            <w:tcW w:w="2376"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Type</w:t>
            </w:r>
          </w:p>
        </w:tc>
        <w:tc>
          <w:tcPr>
            <w:tcW w:w="1224"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State</w:t>
            </w:r>
          </w:p>
        </w:tc>
        <w:tc>
          <w:tcPr>
            <w:tcW w:w="2232"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Number</w:t>
            </w:r>
          </w:p>
        </w:tc>
        <w:tc>
          <w:tcPr>
            <w:tcW w:w="2232"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Issue Date</w:t>
            </w:r>
          </w:p>
        </w:tc>
        <w:tc>
          <w:tcPr>
            <w:tcW w:w="2376"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Expiration Date</w:t>
            </w:r>
          </w:p>
        </w:tc>
      </w:tr>
      <w:tr w:rsidR="008612B3">
        <w:trPr>
          <w:trHeight w:val="461"/>
          <w:jc w:val="center"/>
        </w:trPr>
        <w:tc>
          <w:tcPr>
            <w:tcW w:w="237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2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23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23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37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461"/>
          <w:jc w:val="center"/>
        </w:trPr>
        <w:tc>
          <w:tcPr>
            <w:tcW w:w="237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2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23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23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37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461"/>
          <w:jc w:val="center"/>
        </w:trPr>
        <w:tc>
          <w:tcPr>
            <w:tcW w:w="237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2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23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232"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37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CompactBody"/>
      </w:pPr>
      <w:r>
        <w:t xml:space="preserve">Has any professional license, certification, or registration ever been disciplined, restricted, suspended, or revoked?  ☐ </w:t>
      </w:r>
      <w:proofErr w:type="gramStart"/>
      <w:r>
        <w:t>Yes  ☐</w:t>
      </w:r>
      <w:proofErr w:type="gramEnd"/>
      <w:r>
        <w:t xml:space="preserve"> No</w:t>
      </w:r>
    </w:p>
    <w:p w:rsidR="008612B3" w:rsidRDefault="00614360">
      <w:pPr>
        <w:pStyle w:val="CompactBody"/>
      </w:pPr>
      <w:r>
        <w:t xml:space="preserve">Are you currently practicing under a consent order or restricted license?  ☐ </w:t>
      </w:r>
      <w:proofErr w:type="gramStart"/>
      <w:r>
        <w:t>Yes  ☐</w:t>
      </w:r>
      <w:proofErr w:type="gramEnd"/>
      <w:r>
        <w:t xml:space="preserve"> No</w:t>
      </w:r>
    </w:p>
    <w:p w:rsidR="008612B3" w:rsidRDefault="00614360">
      <w:pPr>
        <w:pStyle w:val="CompactBody"/>
      </w:pPr>
      <w:r>
        <w:t xml:space="preserve">Are you aware of any pending complaint or investigation involving a professional credential?  ☐ </w:t>
      </w:r>
      <w:proofErr w:type="gramStart"/>
      <w:r>
        <w:t>Yes  ☐</w:t>
      </w:r>
      <w:proofErr w:type="gramEnd"/>
      <w:r>
        <w:t xml:space="preserve"> No</w:t>
      </w:r>
    </w:p>
    <w:p w:rsidR="008612B3" w:rsidRDefault="00614360">
      <w:pPr>
        <w:pStyle w:val="CompactBody"/>
      </w:pPr>
      <w:r>
        <w:t xml:space="preserve">Do you have any lawful restriction that would prevent performance of the essential duties of this position?  ☐ </w:t>
      </w:r>
      <w:proofErr w:type="gramStart"/>
      <w:r>
        <w:t>Yes  ☐</w:t>
      </w:r>
      <w:proofErr w:type="gramEnd"/>
      <w:r>
        <w:t xml:space="preserve"> No</w:t>
      </w:r>
    </w:p>
    <w:p w:rsidR="008612B3" w:rsidRDefault="00614360">
      <w:pPr>
        <w:pStyle w:val="CompactBody"/>
      </w:pPr>
      <w:r>
        <w:t>Explanation, if applicable: ____________________________________________________________________________________</w:t>
      </w:r>
    </w:p>
    <w:p w:rsidR="008612B3" w:rsidRDefault="00614360">
      <w:pPr>
        <w:pStyle w:val="Heading2"/>
      </w:pPr>
      <w:r>
        <w:t>Work History - Most Recent Employment First</w:t>
      </w:r>
    </w:p>
    <w:p w:rsidR="008612B3" w:rsidRDefault="00614360">
      <w:pPr>
        <w:pStyle w:val="CompactBody"/>
      </w:pPr>
      <w:r>
        <w:rPr>
          <w:b/>
          <w:color w:val="1F3A5F"/>
          <w:sz w:val="16"/>
        </w:rPr>
        <w:t xml:space="preserve">Provide enough entries to cover the most recent five years. </w:t>
      </w:r>
      <w:r>
        <w:rPr>
          <w:color w:val="66737F"/>
          <w:sz w:val="16"/>
        </w:rPr>
        <w:t>Use the next page for additional employers and any gap explanation.</w:t>
      </w:r>
    </w:p>
    <w:tbl>
      <w:tblPr>
        <w:tblW w:w="0" w:type="auto"/>
        <w:jc w:val="center"/>
        <w:tblLayout w:type="fixed"/>
        <w:tblLook w:val="04A0" w:firstRow="1" w:lastRow="0" w:firstColumn="1" w:lastColumn="0" w:noHBand="0" w:noVBand="1"/>
      </w:tblPr>
      <w:tblGrid>
        <w:gridCol w:w="1080"/>
        <w:gridCol w:w="1080"/>
        <w:gridCol w:w="3311"/>
        <w:gridCol w:w="1584"/>
        <w:gridCol w:w="1800"/>
        <w:gridCol w:w="1584"/>
      </w:tblGrid>
      <w:tr w:rsidR="008612B3">
        <w:trPr>
          <w:jc w:val="center"/>
        </w:trPr>
        <w:tc>
          <w:tcPr>
            <w:tcW w:w="108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From</w:t>
            </w:r>
          </w:p>
        </w:tc>
        <w:tc>
          <w:tcPr>
            <w:tcW w:w="108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To</w:t>
            </w:r>
          </w:p>
        </w:tc>
        <w:tc>
          <w:tcPr>
            <w:tcW w:w="3311"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Employer / Address / Phone</w:t>
            </w:r>
          </w:p>
        </w:tc>
        <w:tc>
          <w:tcPr>
            <w:tcW w:w="158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Position</w:t>
            </w:r>
          </w:p>
        </w:tc>
        <w:tc>
          <w:tcPr>
            <w:tcW w:w="180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Supervisor</w:t>
            </w:r>
          </w:p>
        </w:tc>
        <w:tc>
          <w:tcPr>
            <w:tcW w:w="158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Reason for Leaving</w:t>
            </w:r>
          </w:p>
        </w:tc>
      </w:tr>
      <w:tr w:rsidR="008612B3">
        <w:trPr>
          <w:trHeight w:val="1094"/>
          <w:jc w:val="center"/>
        </w:trPr>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31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1094"/>
          <w:jc w:val="center"/>
        </w:trPr>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31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1094"/>
          <w:jc w:val="center"/>
        </w:trPr>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31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EMPLOYMENT APPLICATION - FIVE-YEAR HISTORY &amp; REFERENCES</w:t>
            </w:r>
          </w:p>
        </w:tc>
      </w:tr>
    </w:tbl>
    <w:p w:rsidR="008612B3" w:rsidRDefault="008612B3">
      <w:pPr>
        <w:spacing w:after="20"/>
      </w:pPr>
    </w:p>
    <w:p w:rsidR="008612B3" w:rsidRDefault="00614360">
      <w:pPr>
        <w:pStyle w:val="Heading2"/>
      </w:pPr>
      <w:r>
        <w:t>Additional Work History</w:t>
      </w:r>
    </w:p>
    <w:tbl>
      <w:tblPr>
        <w:tblW w:w="0" w:type="auto"/>
        <w:jc w:val="center"/>
        <w:tblLayout w:type="fixed"/>
        <w:tblLook w:val="04A0" w:firstRow="1" w:lastRow="0" w:firstColumn="1" w:lastColumn="0" w:noHBand="0" w:noVBand="1"/>
      </w:tblPr>
      <w:tblGrid>
        <w:gridCol w:w="1080"/>
        <w:gridCol w:w="1080"/>
        <w:gridCol w:w="3311"/>
        <w:gridCol w:w="1584"/>
        <w:gridCol w:w="1800"/>
        <w:gridCol w:w="1584"/>
      </w:tblGrid>
      <w:tr w:rsidR="008612B3">
        <w:trPr>
          <w:jc w:val="center"/>
        </w:trPr>
        <w:tc>
          <w:tcPr>
            <w:tcW w:w="108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From</w:t>
            </w:r>
          </w:p>
        </w:tc>
        <w:tc>
          <w:tcPr>
            <w:tcW w:w="108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To</w:t>
            </w:r>
          </w:p>
        </w:tc>
        <w:tc>
          <w:tcPr>
            <w:tcW w:w="3311"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Employer / Address / Phone</w:t>
            </w:r>
          </w:p>
        </w:tc>
        <w:tc>
          <w:tcPr>
            <w:tcW w:w="158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Position</w:t>
            </w:r>
          </w:p>
        </w:tc>
        <w:tc>
          <w:tcPr>
            <w:tcW w:w="180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Supervisor</w:t>
            </w:r>
          </w:p>
        </w:tc>
        <w:tc>
          <w:tcPr>
            <w:tcW w:w="158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Reason for Leaving</w:t>
            </w:r>
          </w:p>
        </w:tc>
      </w:tr>
      <w:tr w:rsidR="008612B3">
        <w:trPr>
          <w:trHeight w:val="1094"/>
          <w:jc w:val="center"/>
        </w:trPr>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31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1094"/>
          <w:jc w:val="center"/>
        </w:trPr>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31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1094"/>
          <w:jc w:val="center"/>
        </w:trPr>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08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31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5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Heading2"/>
      </w:pPr>
      <w:r>
        <w:t>Five-Year Employment History Confirmation</w:t>
      </w:r>
    </w:p>
    <w:p w:rsidR="008612B3" w:rsidRDefault="00614360">
      <w:pPr>
        <w:pStyle w:val="CompactBody"/>
      </w:pPr>
      <w:r>
        <w:t>Does the work history provided cover the entire most recent five-year period?   ☐ Yes   ☐ No</w:t>
      </w:r>
    </w:p>
    <w:p w:rsidR="008612B3" w:rsidRDefault="00614360">
      <w:pPr>
        <w:pStyle w:val="CompactBody"/>
      </w:pPr>
      <w:r>
        <w:rPr>
          <w:b/>
          <w:color w:val="1F3A5F"/>
        </w:rPr>
        <w:t xml:space="preserve">If no, explain each missing period and why work history is unavailable or does not exist. </w:t>
      </w:r>
      <w:r>
        <w:rPr>
          <w:color w:val="66737F"/>
          <w:sz w:val="16"/>
        </w:rPr>
        <w:t>Examples may include unemployment, school, caregiving, self-employment, military service, incarceration, disability leave, or no prior employment.</w:t>
      </w:r>
    </w:p>
    <w:tbl>
      <w:tblPr>
        <w:tblW w:w="0" w:type="auto"/>
        <w:jc w:val="center"/>
        <w:tblLayout w:type="fixed"/>
        <w:tblLook w:val="04A0" w:firstRow="1" w:lastRow="0" w:firstColumn="1" w:lastColumn="0" w:noHBand="0" w:noVBand="1"/>
      </w:tblPr>
      <w:tblGrid>
        <w:gridCol w:w="1800"/>
        <w:gridCol w:w="1800"/>
        <w:gridCol w:w="6840"/>
      </w:tblGrid>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From</w:t>
            </w:r>
          </w:p>
        </w:tc>
        <w:tc>
          <w:tcPr>
            <w:tcW w:w="1800"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To</w:t>
            </w:r>
          </w:p>
        </w:tc>
        <w:tc>
          <w:tcPr>
            <w:tcW w:w="6840" w:type="dxa"/>
            <w:tcBorders>
              <w:top w:val="single" w:sz="4" w:space="0" w:color="D7E0E8"/>
              <w:left w:val="single" w:sz="4" w:space="0" w:color="D7E0E8"/>
              <w:bottom w:val="single" w:sz="4" w:space="0" w:color="D7E0E8"/>
              <w:right w:val="single" w:sz="4"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5"/>
              </w:rPr>
              <w:t>Explanation / Reason Five-Year History Is Missing</w:t>
            </w:r>
          </w:p>
        </w:tc>
      </w:tr>
      <w:tr w:rsidR="008612B3">
        <w:trPr>
          <w:trHeight w:val="792"/>
          <w:jc w:val="center"/>
        </w:trPr>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684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792"/>
          <w:jc w:val="center"/>
        </w:trPr>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684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Heading2"/>
      </w:pPr>
      <w:r>
        <w:t>Professional or Personal References</w:t>
      </w:r>
    </w:p>
    <w:p w:rsidR="008612B3" w:rsidRDefault="00614360">
      <w:pPr>
        <w:pStyle w:val="CompactBody"/>
      </w:pPr>
      <w:r>
        <w:t>List three people who are not relatives and who can speak to your work, character, or reliability.</w:t>
      </w:r>
    </w:p>
    <w:tbl>
      <w:tblPr>
        <w:tblW w:w="0" w:type="auto"/>
        <w:jc w:val="center"/>
        <w:tblLayout w:type="fixed"/>
        <w:tblLook w:val="04A0" w:firstRow="1" w:lastRow="0" w:firstColumn="1" w:lastColumn="0" w:noHBand="0" w:noVBand="1"/>
      </w:tblPr>
      <w:tblGrid>
        <w:gridCol w:w="1944"/>
        <w:gridCol w:w="3024"/>
        <w:gridCol w:w="2088"/>
        <w:gridCol w:w="1944"/>
        <w:gridCol w:w="1440"/>
      </w:tblGrid>
      <w:tr w:rsidR="008612B3">
        <w:trPr>
          <w:jc w:val="center"/>
        </w:trPr>
        <w:tc>
          <w:tcPr>
            <w:tcW w:w="194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Name</w:t>
            </w:r>
          </w:p>
        </w:tc>
        <w:tc>
          <w:tcPr>
            <w:tcW w:w="302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Organization / Relationship</w:t>
            </w:r>
          </w:p>
        </w:tc>
        <w:tc>
          <w:tcPr>
            <w:tcW w:w="2088"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Phone</w:t>
            </w:r>
          </w:p>
        </w:tc>
        <w:tc>
          <w:tcPr>
            <w:tcW w:w="1944"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Email</w:t>
            </w:r>
          </w:p>
        </w:tc>
        <w:tc>
          <w:tcPr>
            <w:tcW w:w="1440" w:type="dxa"/>
            <w:tcBorders>
              <w:top w:val="single" w:sz="4" w:space="0" w:color="D7E0E8"/>
              <w:left w:val="single" w:sz="4" w:space="0" w:color="D7E0E8"/>
              <w:bottom w:val="single" w:sz="4" w:space="0" w:color="D7E0E8"/>
              <w:right w:val="single" w:sz="4"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Years Known</w:t>
            </w:r>
          </w:p>
        </w:tc>
      </w:tr>
      <w:tr w:rsidR="008612B3">
        <w:trPr>
          <w:trHeight w:val="576"/>
          <w:jc w:val="center"/>
        </w:trPr>
        <w:tc>
          <w:tcPr>
            <w:tcW w:w="194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94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44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576"/>
          <w:jc w:val="center"/>
        </w:trPr>
        <w:tc>
          <w:tcPr>
            <w:tcW w:w="194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94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44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576"/>
          <w:jc w:val="center"/>
        </w:trPr>
        <w:tc>
          <w:tcPr>
            <w:tcW w:w="194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302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208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94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440"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CompactBody"/>
        <w:spacing w:before="80"/>
      </w:pPr>
      <w:r>
        <w:t>Applicant Initials: ____________________    Date: ____________________</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EMERGENCY CONTACT INFORMATION</w:t>
            </w:r>
          </w:p>
        </w:tc>
      </w:tr>
    </w:tbl>
    <w:p w:rsidR="008612B3" w:rsidRDefault="008612B3">
      <w:pPr>
        <w:spacing w:after="20"/>
      </w:pP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tcBorders>
              <w:top w:val="single" w:sz="6" w:space="0" w:color="3E7C7B"/>
              <w:left w:val="single" w:sz="6" w:space="0" w:color="3E7C7B"/>
              <w:bottom w:val="single" w:sz="6" w:space="0" w:color="3E7C7B"/>
              <w:right w:val="single" w:sz="6" w:space="0" w:color="3E7C7B"/>
            </w:tcBorders>
            <w:shd w:val="clear" w:color="auto" w:fill="EAF0F5"/>
            <w:tcMar>
              <w:top w:w="65" w:type="dxa"/>
              <w:left w:w="75" w:type="dxa"/>
              <w:bottom w:w="65" w:type="dxa"/>
              <w:right w:w="75" w:type="dxa"/>
            </w:tcMar>
            <w:vAlign w:val="center"/>
          </w:tcPr>
          <w:p w:rsidR="008612B3" w:rsidRDefault="00614360">
            <w:pPr>
              <w:spacing w:after="0" w:line="240" w:lineRule="auto"/>
            </w:pPr>
            <w:r>
              <w:rPr>
                <w:color w:val="24313D"/>
                <w:sz w:val="16"/>
              </w:rPr>
              <w:t>This information is maintained in the personnel file and used only when reasonably necessary to respond to an employee emergency. Update the form whenever contact information changes.</w:t>
            </w:r>
          </w:p>
        </w:tc>
      </w:tr>
    </w:tbl>
    <w:p w:rsidR="008612B3" w:rsidRDefault="008612B3">
      <w:pPr>
        <w:spacing w:after="0"/>
      </w:pPr>
    </w:p>
    <w:p w:rsidR="008612B3" w:rsidRDefault="00614360">
      <w:pPr>
        <w:pStyle w:val="Heading2"/>
      </w:pPr>
      <w:r>
        <w:t>Employee Information</w:t>
      </w:r>
    </w:p>
    <w:tbl>
      <w:tblPr>
        <w:tblW w:w="0" w:type="auto"/>
        <w:jc w:val="center"/>
        <w:tblLayout w:type="fixed"/>
        <w:tblLook w:val="04A0" w:firstRow="1" w:lastRow="0" w:firstColumn="1" w:lastColumn="0" w:noHBand="0" w:noVBand="1"/>
      </w:tblPr>
      <w:tblGrid>
        <w:gridCol w:w="1728"/>
        <w:gridCol w:w="3456"/>
        <w:gridCol w:w="1728"/>
        <w:gridCol w:w="3528"/>
      </w:tblGrid>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Employee Name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Position</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Primary Phone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Hire Date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Heading2"/>
      </w:pPr>
      <w:r>
        <w:t>Emergency Contact 1</w:t>
      </w:r>
    </w:p>
    <w:tbl>
      <w:tblPr>
        <w:tblW w:w="0" w:type="auto"/>
        <w:jc w:val="center"/>
        <w:tblLayout w:type="fixed"/>
        <w:tblLook w:val="04A0" w:firstRow="1" w:lastRow="0" w:firstColumn="1" w:lastColumn="0" w:noHBand="0" w:noVBand="1"/>
      </w:tblPr>
      <w:tblGrid>
        <w:gridCol w:w="1728"/>
        <w:gridCol w:w="864"/>
        <w:gridCol w:w="2592"/>
        <w:gridCol w:w="1728"/>
        <w:gridCol w:w="3528"/>
      </w:tblGrid>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First Name</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Last Name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Relationship</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Preferred Language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Primary Phone</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Alternate Phone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Email</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Best Time to Reach</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2592" w:type="dxa"/>
            <w:gridSpan w:val="2"/>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Street Address</w:t>
            </w:r>
          </w:p>
        </w:tc>
        <w:tc>
          <w:tcPr>
            <w:tcW w:w="7848" w:type="dxa"/>
            <w:gridSpan w:val="3"/>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2592" w:type="dxa"/>
            <w:gridSpan w:val="2"/>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City / State / ZIP</w:t>
            </w:r>
          </w:p>
        </w:tc>
        <w:tc>
          <w:tcPr>
            <w:tcW w:w="7848" w:type="dxa"/>
            <w:gridSpan w:val="3"/>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Heading2"/>
      </w:pPr>
      <w:r>
        <w:t>Emergency Contact 2</w:t>
      </w:r>
    </w:p>
    <w:tbl>
      <w:tblPr>
        <w:tblW w:w="0" w:type="auto"/>
        <w:jc w:val="center"/>
        <w:tblLayout w:type="fixed"/>
        <w:tblLook w:val="04A0" w:firstRow="1" w:lastRow="0" w:firstColumn="1" w:lastColumn="0" w:noHBand="0" w:noVBand="1"/>
      </w:tblPr>
      <w:tblGrid>
        <w:gridCol w:w="1728"/>
        <w:gridCol w:w="864"/>
        <w:gridCol w:w="2592"/>
        <w:gridCol w:w="1728"/>
        <w:gridCol w:w="3528"/>
      </w:tblGrid>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First Name</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Last Name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Relationship</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Preferred Language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Primary Phone</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Alternate Phone</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Email</w:t>
            </w:r>
          </w:p>
        </w:tc>
        <w:tc>
          <w:tcPr>
            <w:tcW w:w="3456" w:type="dxa"/>
            <w:gridSpan w:val="2"/>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728"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Best Time to Reach</w:t>
            </w:r>
          </w:p>
        </w:tc>
        <w:tc>
          <w:tcPr>
            <w:tcW w:w="3528"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2592" w:type="dxa"/>
            <w:gridSpan w:val="2"/>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Street Address</w:t>
            </w:r>
          </w:p>
        </w:tc>
        <w:tc>
          <w:tcPr>
            <w:tcW w:w="7848" w:type="dxa"/>
            <w:gridSpan w:val="3"/>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2592" w:type="dxa"/>
            <w:gridSpan w:val="2"/>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City / State / ZIP</w:t>
            </w:r>
          </w:p>
        </w:tc>
        <w:tc>
          <w:tcPr>
            <w:tcW w:w="7848" w:type="dxa"/>
            <w:gridSpan w:val="3"/>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CompactBody"/>
        <w:spacing w:before="160"/>
      </w:pPr>
      <w:r>
        <w:t>Employee Signature: _______________________________________   Date: ____________________</w:t>
      </w:r>
    </w:p>
    <w:p w:rsidR="008612B3" w:rsidRDefault="00614360">
      <w:pPr>
        <w:pStyle w:val="CompactBody"/>
      </w:pPr>
      <w:r>
        <w:t>Date Information Last Updated: ____________________   Updated By: ______________________________</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APPLICATION CERTIFICATION AND AUTHORIZATION</w:t>
            </w:r>
          </w:p>
        </w:tc>
      </w:tr>
    </w:tbl>
    <w:p w:rsidR="008612B3" w:rsidRDefault="008612B3">
      <w:pPr>
        <w:spacing w:after="20"/>
      </w:pPr>
    </w:p>
    <w:p w:rsidR="008612B3" w:rsidRDefault="00614360">
      <w:pPr>
        <w:pStyle w:val="CompactBody"/>
        <w:spacing w:after="100"/>
      </w:pPr>
      <w:proofErr w:type="gramStart"/>
      <w:r>
        <w:rPr>
          <w:b/>
          <w:color w:val="1F3A5F"/>
          <w:sz w:val="18"/>
        </w:rPr>
        <w:t>Accuracy of Information.</w:t>
      </w:r>
      <w:proofErr w:type="gramEnd"/>
      <w:r>
        <w:rPr>
          <w:b/>
          <w:color w:val="1F3A5F"/>
          <w:sz w:val="18"/>
        </w:rPr>
        <w:t xml:space="preserve"> </w:t>
      </w:r>
      <w:r>
        <w:rPr>
          <w:color w:val="24313D"/>
          <w:sz w:val="18"/>
        </w:rPr>
        <w:t>I certify that the information provided in this application and all supporting documents is true, complete, and accurate to the best of my knowledge. I understand that a material misstatement, omission, or falsification may result in withdrawal of an offer, disqualification from employment, or termination if discovered after hire.</w:t>
      </w:r>
    </w:p>
    <w:p w:rsidR="008612B3" w:rsidRDefault="00614360">
      <w:pPr>
        <w:pStyle w:val="CompactBody"/>
        <w:spacing w:after="100"/>
      </w:pPr>
      <w:proofErr w:type="gramStart"/>
      <w:r>
        <w:rPr>
          <w:b/>
          <w:color w:val="1F3A5F"/>
          <w:sz w:val="18"/>
        </w:rPr>
        <w:t>Verification of Qualifications.</w:t>
      </w:r>
      <w:proofErr w:type="gramEnd"/>
      <w:r>
        <w:rPr>
          <w:b/>
          <w:color w:val="1F3A5F"/>
          <w:sz w:val="18"/>
        </w:rPr>
        <w:t xml:space="preserve"> </w:t>
      </w:r>
      <w:r>
        <w:rPr>
          <w:color w:val="24313D"/>
          <w:sz w:val="18"/>
        </w:rPr>
        <w:t>I authorize [AGENCY NAME] to verify information related to my employment history, education, references, professional licenses, certifications, and qualifications. I authorize former employers, educational institutions, references, licensing boards, and credentialing organizations to provide information that is lawfully requested for employment purposes.</w:t>
      </w:r>
    </w:p>
    <w:p w:rsidR="008612B3" w:rsidRDefault="00614360">
      <w:pPr>
        <w:pStyle w:val="CompactBody"/>
        <w:spacing w:after="100"/>
      </w:pPr>
      <w:r>
        <w:rPr>
          <w:b/>
          <w:color w:val="1F3A5F"/>
          <w:sz w:val="18"/>
        </w:rPr>
        <w:t xml:space="preserve">Separate Background Check Process. </w:t>
      </w:r>
      <w:r>
        <w:rPr>
          <w:color w:val="24313D"/>
          <w:sz w:val="18"/>
        </w:rPr>
        <w:t>I understand that any criminal background check or consumer report will be handled under a separate disclosure and authorization form and in accordance with the agency's screening process and applicable law.</w:t>
      </w:r>
    </w:p>
    <w:p w:rsidR="008612B3" w:rsidRDefault="00614360">
      <w:pPr>
        <w:pStyle w:val="CompactBody"/>
        <w:spacing w:after="100"/>
      </w:pPr>
      <w:proofErr w:type="gramStart"/>
      <w:r>
        <w:rPr>
          <w:b/>
          <w:color w:val="1F3A5F"/>
          <w:sz w:val="18"/>
        </w:rPr>
        <w:t>Employment Relationship.</w:t>
      </w:r>
      <w:proofErr w:type="gramEnd"/>
      <w:r>
        <w:rPr>
          <w:b/>
          <w:color w:val="1F3A5F"/>
          <w:sz w:val="18"/>
        </w:rPr>
        <w:t xml:space="preserve"> </w:t>
      </w:r>
      <w:r>
        <w:rPr>
          <w:color w:val="24313D"/>
          <w:sz w:val="18"/>
        </w:rPr>
        <w:t>Unless a written agreement signed by an authorized agency representative states otherwise, employment is at will. This means either the employee or [AGENCY NAME] may end the employment relationship at any time, with or without notice, subject to applicable law.</w:t>
      </w:r>
    </w:p>
    <w:p w:rsidR="008612B3" w:rsidRDefault="00614360">
      <w:pPr>
        <w:pStyle w:val="CompactBody"/>
        <w:spacing w:after="100"/>
      </w:pPr>
      <w:proofErr w:type="gramStart"/>
      <w:r>
        <w:rPr>
          <w:b/>
          <w:color w:val="1F3A5F"/>
          <w:sz w:val="18"/>
        </w:rPr>
        <w:t>Assignments and Hours.</w:t>
      </w:r>
      <w:proofErr w:type="gramEnd"/>
      <w:r>
        <w:rPr>
          <w:b/>
          <w:color w:val="1F3A5F"/>
          <w:sz w:val="18"/>
        </w:rPr>
        <w:t xml:space="preserve"> </w:t>
      </w:r>
      <w:r>
        <w:rPr>
          <w:color w:val="24313D"/>
          <w:sz w:val="18"/>
        </w:rPr>
        <w:t>I understand that [AGENCY NAME] does not guarantee a specific client assignment, schedule, number of hours, or duration of work. A client or responsible party may request a change in caregiver or discontinue services, and the agency may not have another assignment immediately available.</w:t>
      </w:r>
    </w:p>
    <w:p w:rsidR="008612B3" w:rsidRDefault="00614360">
      <w:pPr>
        <w:pStyle w:val="CompactBody"/>
        <w:spacing w:after="100"/>
      </w:pPr>
      <w:proofErr w:type="gramStart"/>
      <w:r>
        <w:rPr>
          <w:b/>
          <w:color w:val="1F3A5F"/>
          <w:sz w:val="18"/>
        </w:rPr>
        <w:t>Policies and Credentials.</w:t>
      </w:r>
      <w:proofErr w:type="gramEnd"/>
      <w:r>
        <w:rPr>
          <w:b/>
          <w:color w:val="1F3A5F"/>
          <w:sz w:val="18"/>
        </w:rPr>
        <w:t xml:space="preserve"> </w:t>
      </w:r>
      <w:r>
        <w:rPr>
          <w:color w:val="24313D"/>
          <w:sz w:val="18"/>
        </w:rPr>
        <w:t>If hired, I agree to follow agency policies, the client service plan, professional standards, confidentiality requirements, documentation rules, attendance expectations, and lawful supervisory instructions. I am responsible for maintaining required licenses, certifications, training, and other credentials and for reporting any restriction, expiration, investigation, or disciplinary action that may affect my duties.</w:t>
      </w:r>
    </w:p>
    <w:p w:rsidR="008612B3" w:rsidRDefault="00614360">
      <w:pPr>
        <w:pStyle w:val="CompactBody"/>
        <w:spacing w:after="100"/>
      </w:pPr>
      <w:proofErr w:type="gramStart"/>
      <w:r>
        <w:rPr>
          <w:b/>
          <w:color w:val="1F3A5F"/>
          <w:sz w:val="18"/>
        </w:rPr>
        <w:t>Duty to Update.</w:t>
      </w:r>
      <w:proofErr w:type="gramEnd"/>
      <w:r>
        <w:rPr>
          <w:b/>
          <w:color w:val="1F3A5F"/>
          <w:sz w:val="18"/>
        </w:rPr>
        <w:t xml:space="preserve"> </w:t>
      </w:r>
      <w:r>
        <w:rPr>
          <w:color w:val="24313D"/>
          <w:sz w:val="18"/>
        </w:rPr>
        <w:t>I agree to promptly notify [AGENCY NAME] of changes to my contact information, availability, driver's license or insurance status when driving is part of my duties, professional credentials, criminal history, or any other information that may affect my eligibility or ability to perform assigned work safely.</w:t>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tcBorders>
              <w:top w:val="single" w:sz="6" w:space="0" w:color="3E7C7B"/>
              <w:left w:val="single" w:sz="6" w:space="0" w:color="3E7C7B"/>
              <w:bottom w:val="single" w:sz="6" w:space="0" w:color="3E7C7B"/>
              <w:right w:val="single" w:sz="6" w:space="0" w:color="3E7C7B"/>
            </w:tcBorders>
            <w:shd w:val="clear" w:color="auto" w:fill="EAF0F5"/>
            <w:tcMar>
              <w:top w:w="65" w:type="dxa"/>
              <w:left w:w="75" w:type="dxa"/>
              <w:bottom w:w="65" w:type="dxa"/>
              <w:right w:w="75" w:type="dxa"/>
            </w:tcMar>
            <w:vAlign w:val="center"/>
          </w:tcPr>
          <w:p w:rsidR="008612B3" w:rsidRDefault="00614360">
            <w:pPr>
              <w:spacing w:after="0" w:line="240" w:lineRule="auto"/>
            </w:pPr>
            <w:r>
              <w:rPr>
                <w:color w:val="24313D"/>
                <w:sz w:val="16"/>
              </w:rPr>
              <w:t>By signing below, I acknowledge that I have read this page, understand it, had an opportunity to ask questions, and agree to the statements above.</w:t>
            </w:r>
          </w:p>
        </w:tc>
      </w:tr>
    </w:tbl>
    <w:p w:rsidR="008612B3" w:rsidRDefault="008612B3">
      <w:pPr>
        <w:spacing w:after="0"/>
      </w:pPr>
    </w:p>
    <w:tbl>
      <w:tblPr>
        <w:tblW w:w="0" w:type="auto"/>
        <w:jc w:val="center"/>
        <w:tblLayout w:type="fixed"/>
        <w:tblLook w:val="04A0" w:firstRow="1" w:lastRow="0" w:firstColumn="1" w:lastColumn="0" w:noHBand="0" w:noVBand="1"/>
      </w:tblPr>
      <w:tblGrid>
        <w:gridCol w:w="7056"/>
        <w:gridCol w:w="3384"/>
      </w:tblGrid>
      <w:tr w:rsidR="008612B3">
        <w:trPr>
          <w:trHeight w:val="677"/>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Applicant Printed Name:</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677"/>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Applicant Signature: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r w:rsidR="008612B3">
        <w:trPr>
          <w:trHeight w:val="677"/>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Agency Representative: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bl>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NEW EMPLOYEE FILE CHECKLIST</w:t>
            </w:r>
          </w:p>
        </w:tc>
      </w:tr>
    </w:tbl>
    <w:p w:rsidR="008612B3" w:rsidRDefault="00614360">
      <w:pPr>
        <w:spacing w:before="60" w:after="120"/>
        <w:jc w:val="center"/>
      </w:pPr>
      <w:r>
        <w:rPr>
          <w:i/>
          <w:color w:val="3E7C7B"/>
          <w:sz w:val="18"/>
        </w:rPr>
        <w:t>This page is separate from the Orientation Checklist</w:t>
      </w:r>
    </w:p>
    <w:tbl>
      <w:tblPr>
        <w:tblW w:w="0" w:type="auto"/>
        <w:jc w:val="center"/>
        <w:tblLayout w:type="fixed"/>
        <w:tblLook w:val="04A0" w:firstRow="1" w:lastRow="0" w:firstColumn="1" w:lastColumn="0" w:noHBand="0" w:noVBand="1"/>
      </w:tblPr>
      <w:tblGrid>
        <w:gridCol w:w="1655"/>
        <w:gridCol w:w="3456"/>
        <w:gridCol w:w="1655"/>
        <w:gridCol w:w="3671"/>
      </w:tblGrid>
      <w:tr w:rsidR="008612B3">
        <w:trPr>
          <w:jc w:val="center"/>
        </w:trPr>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Employee Name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Position</w:t>
            </w:r>
          </w:p>
        </w:tc>
        <w:tc>
          <w:tcPr>
            <w:tcW w:w="367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Hire Date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Start Date</w:t>
            </w:r>
          </w:p>
        </w:tc>
        <w:tc>
          <w:tcPr>
            <w:tcW w:w="367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8612B3">
      <w:pPr>
        <w:spacing w:after="0"/>
      </w:pPr>
    </w:p>
    <w:tbl>
      <w:tblPr>
        <w:tblW w:w="0" w:type="auto"/>
        <w:jc w:val="center"/>
        <w:tblLayout w:type="fixed"/>
        <w:tblLook w:val="04A0" w:firstRow="1" w:lastRow="0" w:firstColumn="1" w:lastColumn="0" w:noHBand="0" w:noVBand="1"/>
      </w:tblPr>
      <w:tblGrid>
        <w:gridCol w:w="432"/>
        <w:gridCol w:w="5832"/>
        <w:gridCol w:w="1368"/>
        <w:gridCol w:w="1152"/>
        <w:gridCol w:w="1655"/>
      </w:tblGrid>
      <w:tr w:rsidR="008612B3">
        <w:trPr>
          <w:tblHeader/>
          <w:jc w:val="center"/>
        </w:trPr>
        <w:tc>
          <w:tcPr>
            <w:tcW w:w="432" w:type="dxa"/>
            <w:tcBorders>
              <w:top w:val="single" w:sz="3" w:space="0" w:color="D7E0E8"/>
              <w:left w:val="single" w:sz="3" w:space="0" w:color="D7E0E8"/>
              <w:bottom w:val="single" w:sz="3" w:space="0" w:color="D7E0E8"/>
              <w:right w:val="single" w:sz="3" w:space="0" w:color="D7E0E8"/>
            </w:tcBorders>
            <w:shd w:val="clear" w:color="auto" w:fill="1F3A5F"/>
            <w:tcMar>
              <w:top w:w="65" w:type="dxa"/>
              <w:left w:w="75" w:type="dxa"/>
              <w:bottom w:w="65" w:type="dxa"/>
              <w:right w:w="75" w:type="dxa"/>
            </w:tcMar>
            <w:vAlign w:val="center"/>
          </w:tcPr>
          <w:p w:rsidR="008612B3" w:rsidRDefault="008612B3">
            <w:pPr>
              <w:spacing w:after="0" w:line="240" w:lineRule="auto"/>
              <w:jc w:val="center"/>
            </w:pPr>
          </w:p>
        </w:tc>
        <w:tc>
          <w:tcPr>
            <w:tcW w:w="5832" w:type="dxa"/>
            <w:tcBorders>
              <w:top w:val="single" w:sz="3" w:space="0" w:color="D7E0E8"/>
              <w:left w:val="single" w:sz="3" w:space="0" w:color="D7E0E8"/>
              <w:bottom w:val="single" w:sz="3" w:space="0" w:color="D7E0E8"/>
              <w:right w:val="single" w:sz="3"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4"/>
              </w:rPr>
              <w:t>Required File Item</w:t>
            </w:r>
          </w:p>
        </w:tc>
        <w:tc>
          <w:tcPr>
            <w:tcW w:w="1368" w:type="dxa"/>
            <w:tcBorders>
              <w:top w:val="single" w:sz="3" w:space="0" w:color="D7E0E8"/>
              <w:left w:val="single" w:sz="3" w:space="0" w:color="D7E0E8"/>
              <w:bottom w:val="single" w:sz="3" w:space="0" w:color="D7E0E8"/>
              <w:right w:val="single" w:sz="3"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4"/>
              </w:rPr>
              <w:t>Date Received</w:t>
            </w:r>
          </w:p>
        </w:tc>
        <w:tc>
          <w:tcPr>
            <w:tcW w:w="1152" w:type="dxa"/>
            <w:tcBorders>
              <w:top w:val="single" w:sz="3" w:space="0" w:color="D7E0E8"/>
              <w:left w:val="single" w:sz="3" w:space="0" w:color="D7E0E8"/>
              <w:bottom w:val="single" w:sz="3" w:space="0" w:color="D7E0E8"/>
              <w:right w:val="single" w:sz="3"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4"/>
              </w:rPr>
              <w:t>Verified By</w:t>
            </w:r>
          </w:p>
        </w:tc>
        <w:tc>
          <w:tcPr>
            <w:tcW w:w="1655" w:type="dxa"/>
            <w:tcBorders>
              <w:top w:val="single" w:sz="3" w:space="0" w:color="D7E0E8"/>
              <w:left w:val="single" w:sz="3" w:space="0" w:color="D7E0E8"/>
              <w:bottom w:val="single" w:sz="3" w:space="0" w:color="D7E0E8"/>
              <w:right w:val="single" w:sz="3" w:space="0" w:color="D7E0E8"/>
            </w:tcBorders>
            <w:shd w:val="clear" w:color="auto" w:fill="1F3A5F"/>
            <w:tcMar>
              <w:top w:w="65" w:type="dxa"/>
              <w:left w:w="75" w:type="dxa"/>
              <w:bottom w:w="65" w:type="dxa"/>
              <w:right w:w="75" w:type="dxa"/>
            </w:tcMar>
            <w:vAlign w:val="center"/>
          </w:tcPr>
          <w:p w:rsidR="008612B3" w:rsidRDefault="00614360">
            <w:pPr>
              <w:spacing w:after="0" w:line="240" w:lineRule="auto"/>
              <w:jc w:val="center"/>
            </w:pPr>
            <w:r>
              <w:rPr>
                <w:b/>
                <w:color w:val="FFFFFF"/>
                <w:sz w:val="14"/>
              </w:rPr>
              <w:t>Expiration / Notes</w:t>
            </w: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Completed employment application with five-year work history and gap explanation, if needed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PCA qualification, training, competency, or credential documentation verified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Government-issued photo identification reviewed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Employment eligibility documents / Form I-9 completed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Federal and state tax withholding forms completed, if employee</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Emergency contact form completed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Application Certification and Authorization signed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Background Check Disclosure and Authorization signed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Satisfactory fingerprint / criminal background determination received before direct access, when required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Misconduct Statement signed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Job description reviewed and signed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Staff Ethics and Professional Conduct Policy signed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Employee handbook / personnel policies issued and acknowledgment completed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Orientation Checklist completed before client assignment</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Payroll, direct deposit, and timekeeping enrollment completed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Confidential personnel file established and documents filed</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Baseline TB screening completed before starting work; follow-up per agency health screening program</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CPR / First Aid documentation verified, when required by agency policy or assignment</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Driver's license and auto insurance verified, if employee will transport or drive for clients</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Competency demonstrated for assigned tasks and client-specific procedures before assignment</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583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Initial supervisor follow-up / observation scheduled according to agency and payer requirements</w:t>
            </w:r>
          </w:p>
        </w:tc>
        <w:tc>
          <w:tcPr>
            <w:tcW w:w="1368"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152"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CompactBody"/>
        <w:spacing w:before="60" w:after="20"/>
      </w:pPr>
      <w:r>
        <w:t>Missing or pending items / corrective action: __________________________________________________________________________</w:t>
      </w:r>
    </w:p>
    <w:p w:rsidR="008612B3" w:rsidRDefault="00614360">
      <w:pPr>
        <w:pStyle w:val="CompactBody"/>
      </w:pPr>
      <w:r>
        <w:t>Administrator/HR Signature: _________________________________</w:t>
      </w:r>
      <w:proofErr w:type="gramStart"/>
      <w:r>
        <w:t>_  Date</w:t>
      </w:r>
      <w:proofErr w:type="gramEnd"/>
      <w:r>
        <w:t>: ______________  Employee File Approved: ☐ Yes  ☐ No</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ORIENTATION CHECKLIST</w:t>
            </w:r>
          </w:p>
        </w:tc>
      </w:tr>
    </w:tbl>
    <w:p w:rsidR="008612B3" w:rsidRDefault="00614360">
      <w:pPr>
        <w:spacing w:before="60" w:after="120"/>
        <w:jc w:val="center"/>
      </w:pPr>
      <w:r>
        <w:rPr>
          <w:i/>
          <w:color w:val="3E7C7B"/>
          <w:sz w:val="18"/>
        </w:rPr>
        <w:t>Complete before the employee is assigned to provide direct services</w:t>
      </w:r>
    </w:p>
    <w:tbl>
      <w:tblPr>
        <w:tblW w:w="0" w:type="auto"/>
        <w:jc w:val="center"/>
        <w:tblLayout w:type="fixed"/>
        <w:tblLook w:val="04A0" w:firstRow="1" w:lastRow="0" w:firstColumn="1" w:lastColumn="0" w:noHBand="0" w:noVBand="1"/>
      </w:tblPr>
      <w:tblGrid>
        <w:gridCol w:w="1655"/>
        <w:gridCol w:w="3456"/>
        <w:gridCol w:w="1655"/>
        <w:gridCol w:w="3671"/>
      </w:tblGrid>
      <w:tr w:rsidR="008612B3">
        <w:trPr>
          <w:jc w:val="center"/>
        </w:trPr>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Employee Name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Position</w:t>
            </w:r>
          </w:p>
        </w:tc>
        <w:tc>
          <w:tcPr>
            <w:tcW w:w="367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pPr>
            <w:r>
              <w:rPr>
                <w:color w:val="24313D"/>
                <w:sz w:val="16"/>
              </w:rPr>
              <w:t>Personal Care Assistant (PCA)</w:t>
            </w:r>
          </w:p>
        </w:tc>
      </w:tr>
      <w:tr w:rsidR="008612B3">
        <w:trPr>
          <w:jc w:val="center"/>
        </w:trPr>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Hire Date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655"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Orientation Date(s)</w:t>
            </w:r>
          </w:p>
        </w:tc>
        <w:tc>
          <w:tcPr>
            <w:tcW w:w="3671"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8612B3">
      <w:pPr>
        <w:spacing w:after="0"/>
      </w:pPr>
    </w:p>
    <w:tbl>
      <w:tblPr>
        <w:tblW w:w="0" w:type="auto"/>
        <w:jc w:val="center"/>
        <w:tblLayout w:type="fixed"/>
        <w:tblLook w:val="04A0" w:firstRow="1" w:lastRow="0" w:firstColumn="1" w:lastColumn="0" w:noHBand="0" w:noVBand="1"/>
      </w:tblPr>
      <w:tblGrid>
        <w:gridCol w:w="460"/>
        <w:gridCol w:w="7703"/>
        <w:gridCol w:w="1224"/>
        <w:gridCol w:w="1051"/>
      </w:tblGrid>
      <w:tr w:rsidR="008612B3">
        <w:trPr>
          <w:tblHeader/>
          <w:jc w:val="center"/>
        </w:trPr>
        <w:tc>
          <w:tcPr>
            <w:tcW w:w="460" w:type="dxa"/>
            <w:tcBorders>
              <w:top w:val="single" w:sz="3" w:space="0" w:color="D7E0E8"/>
              <w:left w:val="single" w:sz="3" w:space="0" w:color="D7E0E8"/>
              <w:bottom w:val="single" w:sz="3" w:space="0" w:color="D7E0E8"/>
              <w:right w:val="single" w:sz="3" w:space="0" w:color="D7E0E8"/>
            </w:tcBorders>
            <w:shd w:val="clear" w:color="auto" w:fill="3E7C7B"/>
            <w:tcMar>
              <w:top w:w="65" w:type="dxa"/>
              <w:left w:w="75" w:type="dxa"/>
              <w:bottom w:w="65" w:type="dxa"/>
              <w:right w:w="75" w:type="dxa"/>
            </w:tcMar>
            <w:vAlign w:val="center"/>
          </w:tcPr>
          <w:p w:rsidR="008612B3" w:rsidRDefault="008612B3">
            <w:pPr>
              <w:spacing w:after="0" w:line="240" w:lineRule="auto"/>
              <w:jc w:val="center"/>
            </w:pPr>
          </w:p>
        </w:tc>
        <w:tc>
          <w:tcPr>
            <w:tcW w:w="7703" w:type="dxa"/>
            <w:tcBorders>
              <w:top w:val="single" w:sz="3" w:space="0" w:color="D7E0E8"/>
              <w:left w:val="single" w:sz="3" w:space="0" w:color="D7E0E8"/>
              <w:bottom w:val="single" w:sz="3" w:space="0" w:color="D7E0E8"/>
              <w:right w:val="single" w:sz="3"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Orientation Topic</w:t>
            </w:r>
          </w:p>
        </w:tc>
        <w:tc>
          <w:tcPr>
            <w:tcW w:w="1224" w:type="dxa"/>
            <w:tcBorders>
              <w:top w:val="single" w:sz="3" w:space="0" w:color="D7E0E8"/>
              <w:left w:val="single" w:sz="3" w:space="0" w:color="D7E0E8"/>
              <w:bottom w:val="single" w:sz="3" w:space="0" w:color="D7E0E8"/>
              <w:right w:val="single" w:sz="3"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Date</w:t>
            </w:r>
          </w:p>
        </w:tc>
        <w:tc>
          <w:tcPr>
            <w:tcW w:w="1051" w:type="dxa"/>
            <w:tcBorders>
              <w:top w:val="single" w:sz="3" w:space="0" w:color="D7E0E8"/>
              <w:left w:val="single" w:sz="3" w:space="0" w:color="D7E0E8"/>
              <w:bottom w:val="single" w:sz="3" w:space="0" w:color="D7E0E8"/>
              <w:right w:val="single" w:sz="3" w:space="0" w:color="D7E0E8"/>
            </w:tcBorders>
            <w:shd w:val="clear" w:color="auto" w:fill="3E7C7B"/>
            <w:tcMar>
              <w:top w:w="65" w:type="dxa"/>
              <w:left w:w="75" w:type="dxa"/>
              <w:bottom w:w="65" w:type="dxa"/>
              <w:right w:w="75" w:type="dxa"/>
            </w:tcMar>
            <w:vAlign w:val="center"/>
          </w:tcPr>
          <w:p w:rsidR="008612B3" w:rsidRDefault="00614360">
            <w:pPr>
              <w:spacing w:after="0" w:line="240" w:lineRule="auto"/>
              <w:jc w:val="center"/>
            </w:pPr>
            <w:r>
              <w:rPr>
                <w:b/>
                <w:color w:val="FFFFFF"/>
                <w:sz w:val="14"/>
              </w:rPr>
              <w:t>Trainer Initials</w:t>
            </w: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Agency overview: mission, organizational structure, goals, and communication channels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Scope of services, types of clients served, and employee role limitations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Personnel policies, work hours, attendance, call-out, tardiness, paydays, and benefits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Assigned job duties, responsibilities, schedule, supervision, and performance review process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Use of agency equipment, systems, timekeeping, EVV, and required documentation</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Health and safety, first aid, infection prevention, standard precautions, and home sanitation</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Emergency, disaster, severe weather, fire safety, and accident-prevention procedures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Medical emergencies, 911 activation, incident reporting, and supervisory notification</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Reporting client progress, changes in condition, problems, and unmet needs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Client rights, responsibilities, choice, dignity, property, and advance directives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Abuse, neglect, exploitation, sexual exploitation, and required reporting procedures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Confidentiality, privacy, HIPAA, records security, and social-media restrictions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Code of ethics, professional boundaries, gifts, client funds, dress code, and conduct</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Complaints, grievances, disruptive behavior, disturbances, and escalation procedures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Tuberculosis and hepatitis exposure reporting obligations and agency reporting process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Medication management, reminders, assistance, and role-specific limitations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Sensitivity to older adults and clients with disabilities, dementia, Alzheimer's, or special needs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CPR / First Aid requirements, renewal expectations, and location of emergency information</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Client-specific service plan, authorized tasks, special procedures, and competency requirements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338"/>
          <w:jc w:val="center"/>
        </w:trPr>
        <w:tc>
          <w:tcPr>
            <w:tcW w:w="460"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jc w:val="center"/>
            </w:pPr>
            <w:r>
              <w:rPr>
                <w:color w:val="3E7C7B"/>
                <w:sz w:val="17"/>
              </w:rPr>
              <w:t>☐</w:t>
            </w:r>
          </w:p>
        </w:tc>
        <w:tc>
          <w:tcPr>
            <w:tcW w:w="7703"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614360">
            <w:pPr>
              <w:spacing w:after="0" w:line="240" w:lineRule="auto"/>
            </w:pPr>
            <w:r>
              <w:rPr>
                <w:color w:val="24313D"/>
                <w:sz w:val="14"/>
              </w:rPr>
              <w:t>Questions answered; employee received access to applicable policies and procedures</w:t>
            </w:r>
          </w:p>
        </w:tc>
        <w:tc>
          <w:tcPr>
            <w:tcW w:w="1224"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c>
          <w:tcPr>
            <w:tcW w:w="1051" w:type="dxa"/>
            <w:tcBorders>
              <w:top w:val="single" w:sz="3" w:space="0" w:color="D7E0E8"/>
              <w:left w:val="single" w:sz="3" w:space="0" w:color="D7E0E8"/>
              <w:bottom w:val="single" w:sz="3" w:space="0" w:color="D7E0E8"/>
              <w:right w:val="single" w:sz="3"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CompactBody"/>
        <w:spacing w:before="60" w:after="20"/>
      </w:pPr>
      <w:r>
        <w:t>Employee acknowledgment: I received orientation on the topics above, understand how to obtain policies and assistance, and agree to ask my supervisor before performing any task for which I am not trained or authorized.</w:t>
      </w:r>
    </w:p>
    <w:tbl>
      <w:tblPr>
        <w:tblW w:w="0" w:type="auto"/>
        <w:jc w:val="center"/>
        <w:tblLayout w:type="fixed"/>
        <w:tblLook w:val="04A0" w:firstRow="1" w:lastRow="0" w:firstColumn="1" w:lastColumn="0" w:noHBand="0" w:noVBand="1"/>
      </w:tblPr>
      <w:tblGrid>
        <w:gridCol w:w="7056"/>
        <w:gridCol w:w="3384"/>
      </w:tblGrid>
      <w:tr w:rsidR="008612B3">
        <w:trPr>
          <w:trHeight w:val="490"/>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Employee Signature: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r w:rsidR="008612B3">
        <w:trPr>
          <w:trHeight w:val="490"/>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Trainer / Administrator Signature: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bl>
    <w:p w:rsidR="008612B3" w:rsidRDefault="00614360">
      <w:r>
        <w:lastRenderedPageBreak/>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BACKGROUND CHECK DISCLOSURE AND AUTHORIZATION</w:t>
            </w:r>
          </w:p>
        </w:tc>
      </w:tr>
    </w:tbl>
    <w:p w:rsidR="008612B3" w:rsidRDefault="008612B3">
      <w:pPr>
        <w:spacing w:after="20"/>
      </w:pP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tcBorders>
              <w:top w:val="single" w:sz="6" w:space="0" w:color="3E7C7B"/>
              <w:left w:val="single" w:sz="6" w:space="0" w:color="3E7C7B"/>
              <w:bottom w:val="single" w:sz="6" w:space="0" w:color="3E7C7B"/>
              <w:right w:val="single" w:sz="6" w:space="0" w:color="3E7C7B"/>
            </w:tcBorders>
            <w:shd w:val="clear" w:color="auto" w:fill="EAF0F5"/>
            <w:tcMar>
              <w:top w:w="65" w:type="dxa"/>
              <w:left w:w="75" w:type="dxa"/>
              <w:bottom w:w="65" w:type="dxa"/>
              <w:right w:w="75" w:type="dxa"/>
            </w:tcMar>
            <w:vAlign w:val="center"/>
          </w:tcPr>
          <w:p w:rsidR="008612B3" w:rsidRDefault="00614360">
            <w:pPr>
              <w:spacing w:after="0" w:line="240" w:lineRule="auto"/>
            </w:pPr>
            <w:r>
              <w:rPr>
                <w:color w:val="24313D"/>
                <w:sz w:val="16"/>
              </w:rPr>
              <w:t>Use this as the packet's single background-check form. The agency must revise it to match its screening vendor, fingerprint process, notices, and applicable federal and state law before use.</w:t>
            </w:r>
          </w:p>
        </w:tc>
      </w:tr>
    </w:tbl>
    <w:p w:rsidR="008612B3" w:rsidRDefault="008612B3">
      <w:pPr>
        <w:spacing w:after="0"/>
      </w:pPr>
    </w:p>
    <w:p w:rsidR="008612B3" w:rsidRDefault="00614360">
      <w:pPr>
        <w:pStyle w:val="Heading2"/>
      </w:pPr>
      <w:r>
        <w:t>Applicant Information</w:t>
      </w:r>
    </w:p>
    <w:tbl>
      <w:tblPr>
        <w:tblW w:w="0" w:type="auto"/>
        <w:jc w:val="center"/>
        <w:tblLayout w:type="fixed"/>
        <w:tblLook w:val="04A0" w:firstRow="1" w:lastRow="0" w:firstColumn="1" w:lastColumn="0" w:noHBand="0" w:noVBand="1"/>
      </w:tblPr>
      <w:tblGrid>
        <w:gridCol w:w="1800"/>
        <w:gridCol w:w="3384"/>
        <w:gridCol w:w="1800"/>
        <w:gridCol w:w="3456"/>
      </w:tblGrid>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Legal First Name</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Middle Name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Last Name</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Other Names Used</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 of Birth</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SSN / Last 4 per Vendor</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Driver's License No.</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State</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jc w:val="center"/>
        </w:trPr>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Current Address</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c>
          <w:tcPr>
            <w:tcW w:w="1800"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City / State / ZIP</w:t>
            </w:r>
          </w:p>
        </w:tc>
        <w:tc>
          <w:tcPr>
            <w:tcW w:w="345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bl>
    <w:p w:rsidR="008612B3" w:rsidRDefault="00614360">
      <w:pPr>
        <w:pStyle w:val="Heading2"/>
      </w:pPr>
      <w:r>
        <w:t>Disclosure</w:t>
      </w:r>
    </w:p>
    <w:p w:rsidR="008612B3" w:rsidRDefault="00614360">
      <w:pPr>
        <w:pStyle w:val="CompactBody"/>
        <w:spacing w:after="100"/>
      </w:pPr>
      <w:r>
        <w:t>[AGENCY NAME] may obtain criminal history information, fingerprint-based records-check results, registry information, driving records when driving is job related, employment or credential verification, and/or a consumer or investigative consumer report for employment purposes, as permitted by law. The information may be used to evaluate eligibility for hiring, client assignment, retention, promotion, reassignment, or continued access to clients. If a third-party consumer reporting agency is used, the agency will provide any additional notices and rights required by the Fair Credit Reporting Act and applicable state law.</w:t>
      </w:r>
    </w:p>
    <w:p w:rsidR="008612B3" w:rsidRDefault="00614360">
      <w:pPr>
        <w:pStyle w:val="Heading2"/>
      </w:pPr>
      <w:r>
        <w:t>Authorization</w:t>
      </w:r>
    </w:p>
    <w:p w:rsidR="008612B3" w:rsidRDefault="00614360">
      <w:pPr>
        <w:pStyle w:val="CompactBody"/>
        <w:spacing w:after="100"/>
      </w:pPr>
      <w:r>
        <w:t>I authorize [AGENCY NAME], its authorized representatives, government agencies, law-enforcement or criminal-justice agencies, registries, licensing boards, and any designated background-screening provider to obtain and exchange information about me for lawful employment screening. I understand that this authorization does not guarantee employment and that I may be required to provide fingerprints, identification, or additional information. I certify that the identifying information above is accurate.</w:t>
      </w:r>
    </w:p>
    <w:p w:rsidR="008612B3" w:rsidRDefault="00614360">
      <w:pPr>
        <w:pStyle w:val="CompactBody"/>
      </w:pPr>
      <w:r>
        <w:t>I understand that a criminal record does not automatically disqualify me. Any decision will be made in accordance with applicable law, agency policy, the duties of the position, and requirements governing access to clients.</w:t>
      </w:r>
    </w:p>
    <w:p w:rsidR="008612B3" w:rsidRDefault="00614360">
      <w:pPr>
        <w:pStyle w:val="Heading2"/>
      </w:pPr>
      <w:r>
        <w:t>Applicant Signature</w:t>
      </w:r>
    </w:p>
    <w:tbl>
      <w:tblPr>
        <w:tblW w:w="0" w:type="auto"/>
        <w:jc w:val="center"/>
        <w:tblLayout w:type="fixed"/>
        <w:tblLook w:val="04A0" w:firstRow="1" w:lastRow="0" w:firstColumn="1" w:lastColumn="0" w:noHBand="0" w:noVBand="1"/>
      </w:tblPr>
      <w:tblGrid>
        <w:gridCol w:w="7056"/>
        <w:gridCol w:w="3384"/>
      </w:tblGrid>
      <w:tr w:rsidR="008612B3">
        <w:trPr>
          <w:trHeight w:val="619"/>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Applicant Printed Name:</w:t>
            </w:r>
          </w:p>
        </w:tc>
        <w:tc>
          <w:tcPr>
            <w:tcW w:w="3384"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8612B3">
            <w:pPr>
              <w:spacing w:after="0" w:line="240" w:lineRule="auto"/>
            </w:pPr>
          </w:p>
        </w:tc>
      </w:tr>
      <w:tr w:rsidR="008612B3">
        <w:trPr>
          <w:trHeight w:val="619"/>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Applicant Signature: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r w:rsidR="008612B3">
        <w:trPr>
          <w:trHeight w:val="619"/>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Witness / Agency Representative: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bl>
    <w:p w:rsidR="008612B3" w:rsidRDefault="00614360">
      <w:pPr>
        <w:pStyle w:val="Heading2"/>
      </w:pPr>
      <w:r>
        <w:t>Agency Use Only</w:t>
      </w:r>
    </w:p>
    <w:p w:rsidR="008612B3" w:rsidRDefault="00614360">
      <w:pPr>
        <w:pStyle w:val="CompactBody"/>
      </w:pPr>
      <w:r>
        <w:t>Fingerprint / Screening Submitted: ____________________   Result Date: ____________________</w:t>
      </w:r>
    </w:p>
    <w:p w:rsidR="008612B3" w:rsidRDefault="00614360">
      <w:pPr>
        <w:pStyle w:val="CompactBody"/>
      </w:pPr>
      <w:r>
        <w:t>Determination: ☐ Satisfactory   ☐ Pending   ☐ Not Satisfactory</w:t>
      </w:r>
    </w:p>
    <w:p w:rsidR="008612B3" w:rsidRDefault="00614360">
      <w:pPr>
        <w:pStyle w:val="CompactBody"/>
      </w:pPr>
      <w:r>
        <w:t>Reviewed By: ____________________________________________   Date: ____________________</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STAFF ETHICS AND PROFESSIONAL CONDUCT POLICY</w:t>
            </w:r>
          </w:p>
        </w:tc>
      </w:tr>
    </w:tbl>
    <w:p w:rsidR="008612B3" w:rsidRDefault="008612B3">
      <w:pPr>
        <w:spacing w:after="20"/>
      </w:pPr>
    </w:p>
    <w:p w:rsidR="008612B3" w:rsidRDefault="00614360">
      <w:pPr>
        <w:pStyle w:val="CompactBody"/>
      </w:pPr>
      <w:r>
        <w:t>[AGENCY NAME] expects every staff member to protect client dignity, rights, privacy, safety, property, and independence. Violation of these standards may result in corrective action, removal from assignment, or termination, consistent with agency policy and law.</w:t>
      </w:r>
    </w:p>
    <w:tbl>
      <w:tblPr>
        <w:tblW w:w="0" w:type="auto"/>
        <w:jc w:val="center"/>
        <w:tblLayout w:type="fixed"/>
        <w:tblLook w:val="04A0" w:firstRow="1" w:lastRow="0" w:firstColumn="1" w:lastColumn="0" w:noHBand="0" w:noVBand="1"/>
      </w:tblPr>
      <w:tblGrid>
        <w:gridCol w:w="518"/>
        <w:gridCol w:w="9922"/>
      </w:tblGrid>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Provide only the services and tasks authorized by the client service plan, job description, and supervisor.</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2.</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Treat clients, families, coworkers, and community partners with respect; do not discriminate, harass, threaten, or retaliate.</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3.</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Maintain confidentiality. Do not photograph, record, post, text, email, or discuss client information except for authorized care and agency business.</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4.</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use a client's vehicle, telephone, computer, accounts, food, household items, or property for personal purposes.</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5.</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accept cash, gifts, tips, loans, inheritances, or personal favors from a client or responsible party except as expressly allowed by written agency policy.</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6.</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borrow from, lend to, sell to, buy from, or conduct personal business with a client or responsible party.</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7.</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access client funds, cards, checks, PINs, or accounts unless specifically authorized in the service plan and agency procedures.</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8.</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bring children, relatives, friends, pets, or other unauthorized persons into the client's home or transport them during a client assignment.</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9.</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 xml:space="preserve">Do not </w:t>
            </w:r>
            <w:proofErr w:type="gramStart"/>
            <w:r>
              <w:rPr>
                <w:color w:val="24313D"/>
                <w:sz w:val="16"/>
              </w:rPr>
              <w:t>smoke,</w:t>
            </w:r>
            <w:proofErr w:type="gramEnd"/>
            <w:r>
              <w:rPr>
                <w:color w:val="24313D"/>
                <w:sz w:val="16"/>
              </w:rPr>
              <w:t xml:space="preserve"> </w:t>
            </w:r>
            <w:proofErr w:type="spellStart"/>
            <w:r>
              <w:rPr>
                <w:color w:val="24313D"/>
                <w:sz w:val="16"/>
              </w:rPr>
              <w:t>vape</w:t>
            </w:r>
            <w:proofErr w:type="spellEnd"/>
            <w:r>
              <w:rPr>
                <w:color w:val="24313D"/>
                <w:sz w:val="16"/>
              </w:rPr>
              <w:t>, use illegal substances, possess unauthorized weapons, or report to work impaired by alcohol, drugs, fatigue, or illness.</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10.</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 xml:space="preserve">Do not sleep while responsible for an </w:t>
            </w:r>
            <w:proofErr w:type="gramStart"/>
            <w:r>
              <w:rPr>
                <w:color w:val="24313D"/>
                <w:sz w:val="16"/>
              </w:rPr>
              <w:t>awake</w:t>
            </w:r>
            <w:proofErr w:type="gramEnd"/>
            <w:r>
              <w:rPr>
                <w:color w:val="24313D"/>
                <w:sz w:val="16"/>
              </w:rPr>
              <w:t xml:space="preserve"> client or while on duty unless the written assignment specifically authorizes a sleep period.</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11.</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discuss personal financial problems, political or religious views, romantic interests, or other matters that place pressure on the client.</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12.</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Follow infection-control, dress-code, identification-badge, attendance, timekeeping, and documentation requirements.</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13.</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Immediately report suspected abuse, neglect, exploitation, injury, medication error, emergency, safety hazard, change in condition, or service-plan concern.</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14.</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Do not remain in the client's home after the authorized shift ends unless directed by the agency because of an emergency or documented service need.</w:t>
            </w:r>
          </w:p>
        </w:tc>
      </w:tr>
      <w:tr w:rsidR="008612B3">
        <w:trPr>
          <w:trHeight w:val="418"/>
          <w:jc w:val="center"/>
        </w:trPr>
        <w:tc>
          <w:tcPr>
            <w:tcW w:w="518"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jc w:val="center"/>
            </w:pPr>
            <w:r>
              <w:rPr>
                <w:b/>
                <w:color w:val="3E7C7B"/>
                <w:sz w:val="16"/>
              </w:rPr>
              <w:t>15.</w:t>
            </w:r>
          </w:p>
        </w:tc>
        <w:tc>
          <w:tcPr>
            <w:tcW w:w="9921" w:type="dxa"/>
            <w:tcBorders>
              <w:bottom w:val="single" w:sz="2" w:space="0" w:color="E6EBEF"/>
            </w:tcBorders>
            <w:tcMar>
              <w:top w:w="65" w:type="dxa"/>
              <w:left w:w="75" w:type="dxa"/>
              <w:bottom w:w="65" w:type="dxa"/>
              <w:right w:w="75" w:type="dxa"/>
            </w:tcMar>
            <w:vAlign w:val="center"/>
          </w:tcPr>
          <w:p w:rsidR="008612B3" w:rsidRDefault="00614360">
            <w:pPr>
              <w:spacing w:after="0" w:line="240" w:lineRule="auto"/>
            </w:pPr>
            <w:r>
              <w:rPr>
                <w:color w:val="24313D"/>
                <w:sz w:val="16"/>
              </w:rPr>
              <w:t>Ask the supervisor before performing an unfamiliar task, special procedure, or activity that may be outside the employee's training or authorized scope.</w:t>
            </w:r>
          </w:p>
        </w:tc>
      </w:tr>
      <w:tr w:rsidR="008612B3">
        <w:trPr>
          <w:jc w:val="center"/>
        </w:trPr>
        <w:tc>
          <w:tcPr>
            <w:tcW w:w="10440" w:type="dxa"/>
            <w:gridSpan w:val="2"/>
            <w:tcBorders>
              <w:top w:val="single" w:sz="6" w:space="0" w:color="3E7C7B"/>
              <w:left w:val="single" w:sz="6" w:space="0" w:color="3E7C7B"/>
              <w:bottom w:val="single" w:sz="6" w:space="0" w:color="3E7C7B"/>
              <w:right w:val="single" w:sz="6" w:space="0" w:color="3E7C7B"/>
            </w:tcBorders>
            <w:shd w:val="clear" w:color="auto" w:fill="EAF0F5"/>
            <w:tcMar>
              <w:top w:w="65" w:type="dxa"/>
              <w:left w:w="75" w:type="dxa"/>
              <w:bottom w:w="65" w:type="dxa"/>
              <w:right w:w="75" w:type="dxa"/>
            </w:tcMar>
            <w:vAlign w:val="center"/>
          </w:tcPr>
          <w:p w:rsidR="008612B3" w:rsidRDefault="00614360">
            <w:pPr>
              <w:spacing w:after="0" w:line="240" w:lineRule="auto"/>
            </w:pPr>
            <w:r>
              <w:rPr>
                <w:color w:val="24313D"/>
                <w:sz w:val="16"/>
              </w:rPr>
              <w:t>I acknowledge that I received, read, and understand this policy and agree to follow it as a condition of employment or assignment.</w:t>
            </w:r>
          </w:p>
        </w:tc>
      </w:tr>
    </w:tbl>
    <w:p w:rsidR="008612B3" w:rsidRDefault="008612B3">
      <w:pPr>
        <w:spacing w:after="0"/>
      </w:pPr>
    </w:p>
    <w:p w:rsidR="008612B3" w:rsidRDefault="00614360">
      <w:pPr>
        <w:pStyle w:val="CompactBody"/>
      </w:pPr>
      <w:r>
        <w:t>Employee Printed Name: ______________________________________   Position: ______________________________</w:t>
      </w:r>
    </w:p>
    <w:p w:rsidR="008612B3" w:rsidRDefault="00614360">
      <w:pPr>
        <w:pStyle w:val="CompactBody"/>
      </w:pPr>
      <w:r>
        <w:t>Employee Signature: __________________________________________   Date: ____________________</w:t>
      </w:r>
    </w:p>
    <w:p w:rsidR="008612B3" w:rsidRDefault="00614360">
      <w:pPr>
        <w:pStyle w:val="CompactBody"/>
      </w:pPr>
      <w:r>
        <w:t>Agency Representative: ________________________________________   Date: ____________________</w:t>
      </w:r>
    </w:p>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JOB DESCRIPTION</w:t>
            </w:r>
          </w:p>
        </w:tc>
      </w:tr>
    </w:tbl>
    <w:p w:rsidR="008612B3" w:rsidRDefault="00614360">
      <w:pPr>
        <w:spacing w:before="60" w:after="120"/>
        <w:jc w:val="center"/>
      </w:pPr>
      <w:r>
        <w:rPr>
          <w:i/>
          <w:color w:val="3E7C7B"/>
          <w:sz w:val="18"/>
        </w:rPr>
        <w:t>Personal Care Assistant (PCA)</w:t>
      </w:r>
    </w:p>
    <w:tbl>
      <w:tblPr>
        <w:tblW w:w="0" w:type="auto"/>
        <w:jc w:val="center"/>
        <w:tblLayout w:type="fixed"/>
        <w:tblLook w:val="04A0" w:firstRow="1" w:lastRow="0" w:firstColumn="1" w:lastColumn="0" w:noHBand="0" w:noVBand="1"/>
      </w:tblPr>
      <w:tblGrid>
        <w:gridCol w:w="2304"/>
        <w:gridCol w:w="8136"/>
      </w:tblGrid>
      <w:tr w:rsidR="008612B3">
        <w:trPr>
          <w:jc w:val="center"/>
        </w:trPr>
        <w:tc>
          <w:tcPr>
            <w:tcW w:w="230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Position Title</w:t>
            </w:r>
          </w:p>
        </w:tc>
        <w:tc>
          <w:tcPr>
            <w:tcW w:w="81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pPr>
            <w:r>
              <w:rPr>
                <w:color w:val="24313D"/>
                <w:sz w:val="16"/>
              </w:rPr>
              <w:t>Personal Care Assistant (PCA)</w:t>
            </w:r>
          </w:p>
        </w:tc>
      </w:tr>
      <w:tr w:rsidR="008612B3">
        <w:trPr>
          <w:jc w:val="center"/>
        </w:trPr>
        <w:tc>
          <w:tcPr>
            <w:tcW w:w="230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Reports To</w:t>
            </w:r>
          </w:p>
        </w:tc>
        <w:tc>
          <w:tcPr>
            <w:tcW w:w="81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pPr>
            <w:r>
              <w:rPr>
                <w:color w:val="24313D"/>
                <w:sz w:val="16"/>
              </w:rPr>
              <w:t>RN Supervisor / Qualified Service Supervisor</w:t>
            </w:r>
          </w:p>
        </w:tc>
      </w:tr>
      <w:tr w:rsidR="008612B3">
        <w:trPr>
          <w:jc w:val="center"/>
        </w:trPr>
        <w:tc>
          <w:tcPr>
            <w:tcW w:w="230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Service Location</w:t>
            </w:r>
          </w:p>
        </w:tc>
        <w:tc>
          <w:tcPr>
            <w:tcW w:w="81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pPr>
            <w:r>
              <w:rPr>
                <w:color w:val="24313D"/>
                <w:sz w:val="16"/>
              </w:rPr>
              <w:t>Client residence and approved community locations</w:t>
            </w:r>
          </w:p>
        </w:tc>
      </w:tr>
      <w:tr w:rsidR="008612B3">
        <w:trPr>
          <w:jc w:val="center"/>
        </w:trPr>
        <w:tc>
          <w:tcPr>
            <w:tcW w:w="230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Employment Status</w:t>
            </w:r>
          </w:p>
        </w:tc>
        <w:tc>
          <w:tcPr>
            <w:tcW w:w="8136" w:type="dxa"/>
            <w:tcBorders>
              <w:top w:val="single" w:sz="4" w:space="0" w:color="D7E0E8"/>
              <w:left w:val="single" w:sz="4" w:space="0" w:color="D7E0E8"/>
              <w:bottom w:val="single" w:sz="4" w:space="0" w:color="D7E0E8"/>
              <w:right w:val="single" w:sz="4" w:space="0" w:color="D7E0E8"/>
            </w:tcBorders>
            <w:tcMar>
              <w:top w:w="65" w:type="dxa"/>
              <w:left w:w="75" w:type="dxa"/>
              <w:bottom w:w="65" w:type="dxa"/>
              <w:right w:w="75" w:type="dxa"/>
            </w:tcMar>
            <w:vAlign w:val="center"/>
          </w:tcPr>
          <w:p w:rsidR="008612B3" w:rsidRDefault="00614360">
            <w:pPr>
              <w:spacing w:after="0" w:line="240" w:lineRule="auto"/>
            </w:pPr>
            <w:r>
              <w:rPr>
                <w:color w:val="24313D"/>
                <w:sz w:val="16"/>
              </w:rPr>
              <w:t>[Full-time / Part-time / PRN - Agency to complete]</w:t>
            </w:r>
          </w:p>
        </w:tc>
      </w:tr>
    </w:tbl>
    <w:p w:rsidR="008612B3" w:rsidRDefault="00614360">
      <w:pPr>
        <w:pStyle w:val="Heading2"/>
        <w:spacing w:before="160" w:after="60"/>
      </w:pPr>
      <w:r>
        <w:rPr>
          <w:rFonts w:ascii="Arial" w:hAnsi="Arial"/>
          <w:sz w:val="22"/>
        </w:rPr>
        <w:t>Definition and Scope</w:t>
      </w:r>
    </w:p>
    <w:p w:rsidR="008612B3" w:rsidRDefault="00614360">
      <w:pPr>
        <w:pStyle w:val="CompactBody"/>
        <w:spacing w:after="60"/>
      </w:pPr>
      <w:r>
        <w:rPr>
          <w:sz w:val="19"/>
        </w:rPr>
        <w:t>The Personal Care Assistant (PCA) provides personal care services as needed and as identified in the client's plan of care. Personal care services are provided under the supervision of the Registered Nurse or other qualified supervisor designated by the agency. A PCA may also perform authorized companion or sitter tasks but shall not provide nursing services unless separately qualified, licensed, and authorized to do so.</w:t>
      </w:r>
    </w:p>
    <w:p w:rsidR="008612B3" w:rsidRDefault="00614360">
      <w:pPr>
        <w:pStyle w:val="Heading2"/>
        <w:spacing w:before="160" w:after="60"/>
      </w:pPr>
      <w:r>
        <w:rPr>
          <w:rFonts w:ascii="Arial" w:hAnsi="Arial"/>
          <w:sz w:val="22"/>
        </w:rPr>
        <w:t>Qualifications - Personal Care Assistant</w:t>
      </w:r>
    </w:p>
    <w:p w:rsidR="008612B3" w:rsidRDefault="00614360">
      <w:pPr>
        <w:pStyle w:val="CompactBody"/>
        <w:spacing w:after="60"/>
      </w:pPr>
      <w:r>
        <w:rPr>
          <w:sz w:val="19"/>
        </w:rPr>
        <w:t>The PCA must be able to read and write, follow verbal and written instructions, communicate effectively, and complete accurate and legible reports of care provided. The PCA must demonstrate a caring and understanding attitude toward individuals who are older, disabled, chronically ill, medically frail, or otherwise in need of assistance, and must be able to work under supervision and within the written care plan.</w:t>
      </w:r>
    </w:p>
    <w:p w:rsidR="008612B3" w:rsidRDefault="00614360">
      <w:pPr>
        <w:pStyle w:val="CompactBody"/>
        <w:spacing w:after="60"/>
      </w:pPr>
      <w:r>
        <w:rPr>
          <w:sz w:val="19"/>
        </w:rPr>
        <w:t>The PCA shall provide documentation showing that the individual has successfully completed or is participating in an acceptable training and competency process, including one of the following:</w:t>
      </w:r>
    </w:p>
    <w:p w:rsidR="008612B3" w:rsidRDefault="00614360">
      <w:pPr>
        <w:pStyle w:val="CompactBody"/>
        <w:spacing w:after="60"/>
        <w:ind w:left="317" w:hanging="259"/>
      </w:pPr>
      <w:r>
        <w:rPr>
          <w:sz w:val="19"/>
        </w:rPr>
        <w:t>• A nurse aide training and competency evaluation program meeting applicable requirements of 42 CFR Part 483, Subpart D;</w:t>
      </w:r>
    </w:p>
    <w:p w:rsidR="008612B3" w:rsidRDefault="00614360">
      <w:pPr>
        <w:pStyle w:val="CompactBody"/>
        <w:spacing w:after="60"/>
        <w:ind w:left="317" w:hanging="259"/>
      </w:pPr>
      <w:r>
        <w:rPr>
          <w:sz w:val="19"/>
        </w:rPr>
        <w:t>• A competency examination for nurse aides recognized by the Georgia Department of Community Health;</w:t>
      </w:r>
    </w:p>
    <w:p w:rsidR="008612B3" w:rsidRDefault="00614360">
      <w:pPr>
        <w:pStyle w:val="CompactBody"/>
        <w:spacing w:after="60"/>
        <w:ind w:left="317" w:hanging="259"/>
      </w:pPr>
      <w:r>
        <w:rPr>
          <w:sz w:val="19"/>
        </w:rPr>
        <w:t>• A health care or personal care credentialing program recognized and approved by the Department; or</w:t>
      </w:r>
    </w:p>
    <w:p w:rsidR="008612B3" w:rsidRDefault="00614360">
      <w:pPr>
        <w:pStyle w:val="CompactBody"/>
        <w:spacing w:after="60"/>
        <w:ind w:left="317" w:hanging="259"/>
      </w:pPr>
      <w:r>
        <w:rPr>
          <w:sz w:val="19"/>
        </w:rPr>
        <w:t>• A 40-hour training program provided by a private home care provider that addresses ambulation and transfers, personal care, basic first aid and CPR, special conditions and needs, home management, home safety and sanitation, infection control, vital signs, and proper nutrition.</w:t>
      </w:r>
    </w:p>
    <w:p w:rsidR="008612B3" w:rsidRDefault="00614360">
      <w:pPr>
        <w:pStyle w:val="CompactBody"/>
        <w:spacing w:after="60"/>
      </w:pPr>
      <w:r>
        <w:rPr>
          <w:sz w:val="19"/>
        </w:rPr>
        <w:t>Documentation may include nurse aide certification, successful completion of an approved competency examination or credentialing program, completion of CNA training through an approved school, or successful completion of an agency-approved PCA competency assessment administered with direct supervision and documented skills testing by an RN, LPN, or qualified personal care aide.</w:t>
      </w:r>
    </w:p>
    <w:p w:rsidR="008612B3" w:rsidRDefault="00614360">
      <w:pPr>
        <w:pStyle w:val="CompactBody"/>
        <w:spacing w:after="60"/>
      </w:pPr>
      <w:r>
        <w:rPr>
          <w:sz w:val="19"/>
        </w:rPr>
        <w:t>A high school diploma or equivalent, working knowledge of First Aid and CPR, and two years of experience in a health-service-related field are preferred unless the agency establishes different lawful requirements for the position.</w:t>
      </w:r>
    </w:p>
    <w:p w:rsidR="008612B3" w:rsidRDefault="00614360">
      <w:pPr>
        <w:pStyle w:val="Heading2"/>
        <w:pageBreakBefore/>
        <w:spacing w:before="160" w:after="60"/>
      </w:pPr>
      <w:r>
        <w:rPr>
          <w:rFonts w:ascii="Arial" w:hAnsi="Arial"/>
          <w:sz w:val="22"/>
        </w:rPr>
        <w:lastRenderedPageBreak/>
        <w:t>Training Curriculum and Competency Areas</w:t>
      </w:r>
    </w:p>
    <w:p w:rsidR="008612B3" w:rsidRDefault="00614360">
      <w:pPr>
        <w:pStyle w:val="CompactBody"/>
        <w:spacing w:after="60"/>
        <w:ind w:left="317" w:hanging="259"/>
      </w:pPr>
      <w:r>
        <w:rPr>
          <w:sz w:val="19"/>
        </w:rPr>
        <w:t>1. Overall responsibilities, limitations, and the role of the health care team.</w:t>
      </w:r>
    </w:p>
    <w:p w:rsidR="008612B3" w:rsidRDefault="00614360">
      <w:pPr>
        <w:pStyle w:val="CompactBody"/>
        <w:spacing w:after="60"/>
        <w:ind w:left="317" w:hanging="259"/>
      </w:pPr>
      <w:r>
        <w:rPr>
          <w:sz w:val="19"/>
        </w:rPr>
        <w:t>2. Communication techniques and communication skills for caring for clients in the home.</w:t>
      </w:r>
    </w:p>
    <w:p w:rsidR="008612B3" w:rsidRDefault="00614360">
      <w:pPr>
        <w:pStyle w:val="CompactBody"/>
        <w:spacing w:after="60"/>
        <w:ind w:left="317" w:hanging="259"/>
      </w:pPr>
      <w:r>
        <w:rPr>
          <w:sz w:val="19"/>
        </w:rPr>
        <w:t>3. Client rights, ethics, confidentiality, and respect for the client and the client's property.</w:t>
      </w:r>
    </w:p>
    <w:p w:rsidR="008612B3" w:rsidRDefault="00614360">
      <w:pPr>
        <w:pStyle w:val="CompactBody"/>
        <w:spacing w:after="60"/>
        <w:ind w:left="317" w:hanging="259"/>
      </w:pPr>
      <w:r>
        <w:rPr>
          <w:sz w:val="19"/>
        </w:rPr>
        <w:t>4. Observation, reporting, and documentation of client status and services furnished.</w:t>
      </w:r>
    </w:p>
    <w:p w:rsidR="008612B3" w:rsidRDefault="00614360">
      <w:pPr>
        <w:pStyle w:val="CompactBody"/>
        <w:spacing w:after="60"/>
        <w:ind w:left="317" w:hanging="259"/>
      </w:pPr>
      <w:r>
        <w:rPr>
          <w:sz w:val="19"/>
        </w:rPr>
        <w:t>5. Basic body functions and changes that must be reported to the supervisor.</w:t>
      </w:r>
    </w:p>
    <w:p w:rsidR="008612B3" w:rsidRDefault="00614360">
      <w:pPr>
        <w:pStyle w:val="CompactBody"/>
        <w:spacing w:after="60"/>
        <w:ind w:left="317" w:hanging="259"/>
      </w:pPr>
      <w:r>
        <w:rPr>
          <w:sz w:val="19"/>
        </w:rPr>
        <w:t>6. Taking and recording temperature, pulse, and respiration.</w:t>
      </w:r>
    </w:p>
    <w:p w:rsidR="008612B3" w:rsidRDefault="00614360">
      <w:pPr>
        <w:pStyle w:val="CompactBody"/>
        <w:spacing w:after="60"/>
        <w:ind w:left="317" w:hanging="259"/>
      </w:pPr>
      <w:r>
        <w:rPr>
          <w:sz w:val="19"/>
        </w:rPr>
        <w:t>7. Infection-control procedures and infection control in the home.</w:t>
      </w:r>
    </w:p>
    <w:p w:rsidR="008612B3" w:rsidRDefault="00614360">
      <w:pPr>
        <w:pStyle w:val="CompactBody"/>
        <w:spacing w:after="60"/>
        <w:ind w:left="317" w:hanging="259"/>
      </w:pPr>
      <w:r>
        <w:rPr>
          <w:sz w:val="19"/>
        </w:rPr>
        <w:t>8. Maintaining a clean, safe, and healthy environment in the client's home.</w:t>
      </w:r>
    </w:p>
    <w:p w:rsidR="008612B3" w:rsidRDefault="00614360">
      <w:pPr>
        <w:pStyle w:val="CompactBody"/>
        <w:spacing w:after="60"/>
        <w:ind w:left="317" w:hanging="259"/>
      </w:pPr>
      <w:r>
        <w:rPr>
          <w:sz w:val="19"/>
        </w:rPr>
        <w:t>9. Recognizing emergencies and following emergency procedures.</w:t>
      </w:r>
    </w:p>
    <w:p w:rsidR="008612B3" w:rsidRDefault="00614360">
      <w:pPr>
        <w:pStyle w:val="CompactBody"/>
        <w:spacing w:after="60"/>
        <w:ind w:left="317" w:hanging="259"/>
      </w:pPr>
      <w:r>
        <w:rPr>
          <w:sz w:val="19"/>
        </w:rPr>
        <w:t>10. Physical, emotional, developmental, and safety needs of clients served.</w:t>
      </w:r>
    </w:p>
    <w:p w:rsidR="008612B3" w:rsidRDefault="00614360">
      <w:pPr>
        <w:pStyle w:val="CompactBody"/>
        <w:spacing w:after="60"/>
        <w:ind w:left="317" w:hanging="259"/>
      </w:pPr>
      <w:r>
        <w:rPr>
          <w:sz w:val="19"/>
        </w:rPr>
        <w:t>11. Bathing and personal-care techniques, including bed, sponge, tub, or shower baths; nail and skin care; oral hygiene; toileting; and elimination.</w:t>
      </w:r>
    </w:p>
    <w:p w:rsidR="008612B3" w:rsidRDefault="00614360">
      <w:pPr>
        <w:pStyle w:val="CompactBody"/>
        <w:spacing w:after="60"/>
        <w:ind w:left="317" w:hanging="259"/>
      </w:pPr>
      <w:r>
        <w:rPr>
          <w:sz w:val="19"/>
        </w:rPr>
        <w:t>12. Nutrition, meal preparation, fluid intake, food safety, and meal observation.</w:t>
      </w:r>
    </w:p>
    <w:p w:rsidR="008612B3" w:rsidRDefault="00614360">
      <w:pPr>
        <w:pStyle w:val="CompactBody"/>
        <w:spacing w:after="60"/>
        <w:ind w:left="317" w:hanging="259"/>
      </w:pPr>
      <w:r>
        <w:rPr>
          <w:sz w:val="19"/>
        </w:rPr>
        <w:t>13. Normal range-of-motion activities.</w:t>
      </w:r>
    </w:p>
    <w:p w:rsidR="008612B3" w:rsidRDefault="00614360">
      <w:pPr>
        <w:pStyle w:val="CompactBody"/>
        <w:spacing w:after="60"/>
        <w:ind w:left="317" w:hanging="259"/>
      </w:pPr>
      <w:r>
        <w:rPr>
          <w:sz w:val="19"/>
        </w:rPr>
        <w:t>14. Transfers, ambulation, positioning, and passive exercise.</w:t>
      </w:r>
    </w:p>
    <w:p w:rsidR="008612B3" w:rsidRDefault="00614360">
      <w:pPr>
        <w:pStyle w:val="CompactBody"/>
        <w:spacing w:after="60"/>
        <w:ind w:left="317" w:hanging="259"/>
      </w:pPr>
      <w:r>
        <w:rPr>
          <w:sz w:val="19"/>
        </w:rPr>
        <w:t>15. Permitted assistance with medications that are ordinarily self-administered, consistent with law and agency policy.</w:t>
      </w:r>
    </w:p>
    <w:p w:rsidR="008612B3" w:rsidRDefault="00614360">
      <w:pPr>
        <w:pStyle w:val="CompactBody"/>
        <w:spacing w:after="60"/>
        <w:ind w:left="317" w:hanging="259"/>
      </w:pPr>
      <w:r>
        <w:rPr>
          <w:sz w:val="19"/>
        </w:rPr>
        <w:t>16. Assisting clients to achieve maximum independence and self-reliance.</w:t>
      </w:r>
    </w:p>
    <w:p w:rsidR="008612B3" w:rsidRDefault="00614360">
      <w:pPr>
        <w:pStyle w:val="CompactBody"/>
        <w:spacing w:after="60"/>
        <w:ind w:left="317" w:hanging="259"/>
      </w:pPr>
      <w:r>
        <w:rPr>
          <w:sz w:val="19"/>
        </w:rPr>
        <w:t>17. The agency's philosophy, mission, scope of services, and communication structure.</w:t>
      </w:r>
    </w:p>
    <w:p w:rsidR="008612B3" w:rsidRDefault="00614360">
      <w:pPr>
        <w:pStyle w:val="CompactBody"/>
        <w:spacing w:after="60"/>
        <w:ind w:left="317" w:hanging="259"/>
      </w:pPr>
      <w:r>
        <w:rPr>
          <w:sz w:val="19"/>
        </w:rPr>
        <w:t>18. Care of children, older adults, chronically ill clients, and clients with disabilities.</w:t>
      </w:r>
    </w:p>
    <w:p w:rsidR="008612B3" w:rsidRDefault="00614360">
      <w:pPr>
        <w:pStyle w:val="CompactBody"/>
        <w:spacing w:after="60"/>
        <w:ind w:left="317" w:hanging="259"/>
      </w:pPr>
      <w:r>
        <w:rPr>
          <w:sz w:val="19"/>
        </w:rPr>
        <w:t>19. Home management and household support related to the client's care.</w:t>
      </w:r>
    </w:p>
    <w:p w:rsidR="008612B3" w:rsidRDefault="00614360">
      <w:pPr>
        <w:pStyle w:val="CompactBody"/>
        <w:spacing w:after="60"/>
        <w:ind w:left="317" w:hanging="259"/>
      </w:pPr>
      <w:r>
        <w:rPr>
          <w:sz w:val="19"/>
        </w:rPr>
        <w:t>20. Care of clients with special conditions and needs within the PCA's authorized scope.</w:t>
      </w:r>
    </w:p>
    <w:p w:rsidR="008612B3" w:rsidRDefault="00614360">
      <w:pPr>
        <w:pStyle w:val="CompactBody"/>
        <w:spacing w:after="60"/>
        <w:ind w:left="317" w:hanging="259"/>
      </w:pPr>
      <w:r>
        <w:rPr>
          <w:sz w:val="19"/>
        </w:rPr>
        <w:t>21. Caring for clients receiving palliative or terminal care.</w:t>
      </w:r>
    </w:p>
    <w:p w:rsidR="008612B3" w:rsidRDefault="00614360">
      <w:pPr>
        <w:pStyle w:val="CompactBody"/>
        <w:spacing w:after="60"/>
        <w:ind w:left="317" w:hanging="259"/>
      </w:pPr>
      <w:r>
        <w:rPr>
          <w:sz w:val="19"/>
        </w:rPr>
        <w:t>22. Basic troubleshooting and emergency procedures for specialized or high-technology equipment, when applicable.</w:t>
      </w:r>
    </w:p>
    <w:p w:rsidR="008612B3" w:rsidRDefault="00614360">
      <w:pPr>
        <w:pStyle w:val="CompactBody"/>
        <w:spacing w:after="60"/>
        <w:ind w:left="317" w:hanging="259"/>
      </w:pPr>
      <w:r>
        <w:rPr>
          <w:sz w:val="19"/>
        </w:rPr>
        <w:t>23. Safety and accident prevention, including fire safety.</w:t>
      </w:r>
    </w:p>
    <w:p w:rsidR="008612B3" w:rsidRDefault="00614360">
      <w:pPr>
        <w:pStyle w:val="CompactBody"/>
        <w:spacing w:after="60"/>
        <w:ind w:left="317" w:hanging="259"/>
      </w:pPr>
      <w:r>
        <w:rPr>
          <w:sz w:val="19"/>
        </w:rPr>
        <w:t>24. Effective communication with older adults and clients with Alzheimer's disease or related disorders.</w:t>
      </w:r>
    </w:p>
    <w:p w:rsidR="008612B3" w:rsidRDefault="00614360">
      <w:pPr>
        <w:pStyle w:val="CompactBody"/>
        <w:spacing w:after="60"/>
        <w:ind w:left="317" w:hanging="259"/>
      </w:pPr>
      <w:r>
        <w:rPr>
          <w:sz w:val="19"/>
        </w:rPr>
        <w:t>25. Observation skills, progress reporting, and required service documentation.</w:t>
      </w:r>
    </w:p>
    <w:p w:rsidR="008612B3" w:rsidRDefault="00614360">
      <w:pPr>
        <w:pStyle w:val="Heading2"/>
        <w:pageBreakBefore/>
        <w:spacing w:before="160" w:after="60"/>
      </w:pPr>
      <w:r>
        <w:rPr>
          <w:rFonts w:ascii="Arial" w:hAnsi="Arial"/>
          <w:sz w:val="22"/>
        </w:rPr>
        <w:lastRenderedPageBreak/>
        <w:t>Examples of Duties</w:t>
      </w:r>
    </w:p>
    <w:p w:rsidR="008612B3" w:rsidRDefault="00614360">
      <w:pPr>
        <w:pStyle w:val="CompactBody"/>
        <w:spacing w:after="60"/>
        <w:ind w:left="317" w:hanging="259"/>
      </w:pPr>
      <w:r>
        <w:rPr>
          <w:sz w:val="19"/>
        </w:rPr>
        <w:t>• Assist with bathing, personal hygiene, grooming, dressing, toileting, ambulation, eating, and other authorized activities of daily living.</w:t>
      </w:r>
    </w:p>
    <w:p w:rsidR="008612B3" w:rsidRDefault="00614360">
      <w:pPr>
        <w:pStyle w:val="CompactBody"/>
        <w:spacing w:after="60"/>
        <w:ind w:left="317" w:hanging="259"/>
      </w:pPr>
      <w:r>
        <w:rPr>
          <w:sz w:val="19"/>
        </w:rPr>
        <w:t>• Assist with cleaning, laundry, washing and ironing, cooking, meal preparation, and other authorized home-management tasks.</w:t>
      </w:r>
    </w:p>
    <w:p w:rsidR="008612B3" w:rsidRDefault="00614360">
      <w:pPr>
        <w:pStyle w:val="CompactBody"/>
        <w:spacing w:after="60"/>
        <w:ind w:left="317" w:hanging="259"/>
      </w:pPr>
      <w:r>
        <w:rPr>
          <w:sz w:val="19"/>
        </w:rPr>
        <w:t>• Assist with grocery shopping, errands, scheduling appointments, and accompanying the client to appointments when authorized.</w:t>
      </w:r>
    </w:p>
    <w:p w:rsidR="008612B3" w:rsidRDefault="00614360">
      <w:pPr>
        <w:pStyle w:val="CompactBody"/>
        <w:spacing w:after="60"/>
        <w:ind w:left="317" w:hanging="259"/>
      </w:pPr>
      <w:r>
        <w:rPr>
          <w:sz w:val="19"/>
        </w:rPr>
        <w:t>• Provide correspondence assistance and appropriate communication with the client's family or representative as directed by the care plan and agency policy.</w:t>
      </w:r>
    </w:p>
    <w:p w:rsidR="008612B3" w:rsidRDefault="00614360">
      <w:pPr>
        <w:pStyle w:val="CompactBody"/>
        <w:spacing w:after="60"/>
        <w:ind w:left="317" w:hanging="259"/>
      </w:pPr>
      <w:r>
        <w:rPr>
          <w:sz w:val="19"/>
        </w:rPr>
        <w:t>• Assist with applications, forms, or bill-paying activities only when specifically authorized and performed in accordance with agency safeguards for client funds and property.</w:t>
      </w:r>
    </w:p>
    <w:p w:rsidR="008612B3" w:rsidRDefault="00614360">
      <w:pPr>
        <w:pStyle w:val="CompactBody"/>
        <w:spacing w:after="60"/>
        <w:ind w:left="317" w:hanging="259"/>
      </w:pPr>
      <w:r>
        <w:rPr>
          <w:sz w:val="19"/>
        </w:rPr>
        <w:t>• Encourage client choice, independence, and participation in care while working within the written service plan.</w:t>
      </w:r>
    </w:p>
    <w:p w:rsidR="008612B3" w:rsidRDefault="00614360">
      <w:pPr>
        <w:pStyle w:val="CompactBody"/>
        <w:spacing w:after="60"/>
        <w:ind w:left="317" w:hanging="259"/>
      </w:pPr>
      <w:r>
        <w:rPr>
          <w:sz w:val="19"/>
        </w:rPr>
        <w:t>• Observe and report changes in the client's physical, emotional, cognitive, behavioral, or environmental condition, including changes in meal consumption, support systems, equipment, or home safety.</w:t>
      </w:r>
    </w:p>
    <w:p w:rsidR="008612B3" w:rsidRDefault="00614360">
      <w:pPr>
        <w:pStyle w:val="CompactBody"/>
        <w:spacing w:after="60"/>
        <w:ind w:left="317" w:hanging="259"/>
      </w:pPr>
      <w:r>
        <w:rPr>
          <w:sz w:val="19"/>
        </w:rPr>
        <w:t>• Complete the client service record, progress notes, EVV or timekeeping records, and other required documentation after each visit and submit records as required.</w:t>
      </w:r>
    </w:p>
    <w:p w:rsidR="008612B3" w:rsidRDefault="00614360">
      <w:pPr>
        <w:pStyle w:val="CompactBody"/>
        <w:spacing w:after="60"/>
        <w:ind w:left="317" w:hanging="259"/>
      </w:pPr>
      <w:r>
        <w:rPr>
          <w:sz w:val="19"/>
        </w:rPr>
        <w:t>• Immediately report conditions or problems that hinder service delivery or affect the client's health, safety, or welfare.</w:t>
      </w:r>
    </w:p>
    <w:p w:rsidR="008612B3" w:rsidRDefault="00614360">
      <w:pPr>
        <w:pStyle w:val="Heading2"/>
        <w:spacing w:before="160" w:after="60"/>
      </w:pPr>
      <w:r>
        <w:rPr>
          <w:rFonts w:ascii="Arial" w:hAnsi="Arial"/>
          <w:sz w:val="22"/>
        </w:rPr>
        <w:t>Orientation, Training, and Documentation</w:t>
      </w:r>
    </w:p>
    <w:p w:rsidR="008612B3" w:rsidRDefault="00614360">
      <w:pPr>
        <w:pStyle w:val="CompactBody"/>
        <w:spacing w:after="60"/>
      </w:pPr>
      <w:r>
        <w:rPr>
          <w:sz w:val="19"/>
        </w:rPr>
        <w:t>The PCA shall attend an initial orientation program covering the provider's policies and procedures and an overview of applicable Georgia private home care requirements. Orientation includes emergency situations and supervisory consultation, client rights and choice, protection from mistreatment, abuse, neglect, and exploitation, the written code of ethics, appropriate dress, confidentiality, and reporting responsibilities.</w:t>
      </w:r>
    </w:p>
    <w:p w:rsidR="008612B3" w:rsidRDefault="00614360">
      <w:pPr>
        <w:pStyle w:val="CompactBody"/>
        <w:spacing w:after="60"/>
      </w:pPr>
      <w:r>
        <w:rPr>
          <w:sz w:val="19"/>
        </w:rPr>
        <w:t>PCA training may be completed in stages, with at least 20 hours completed before the individual provides care and the remaining required training completed within the first six months of employment, when applicable to the agency's training program. Training includes safety and accident prevention, fire safety, budgeting and home economics, effective communication with older adults, care of clients with Alzheimer's disease and related disorders, and observation, reporting, and documentation procedures.</w:t>
      </w:r>
    </w:p>
    <w:p w:rsidR="008612B3" w:rsidRDefault="00614360">
      <w:pPr>
        <w:pStyle w:val="CompactBody"/>
        <w:spacing w:after="60"/>
      </w:pPr>
      <w:r>
        <w:rPr>
          <w:sz w:val="19"/>
        </w:rPr>
        <w:t xml:space="preserve">The agency shall provide appropriate task-specific training before a PCA performs any unfamiliar procedure or uses specialized equipment. The agency shall maintain documentation of training objectives, </w:t>
      </w:r>
      <w:proofErr w:type="gramStart"/>
      <w:r>
        <w:rPr>
          <w:sz w:val="19"/>
        </w:rPr>
        <w:t>content,</w:t>
      </w:r>
      <w:proofErr w:type="gramEnd"/>
      <w:r>
        <w:rPr>
          <w:sz w:val="19"/>
        </w:rPr>
        <w:t xml:space="preserve"> time spent by subject, instructor name and credentials, employee attendance, competency validation, and evaluation results.</w:t>
      </w:r>
    </w:p>
    <w:p w:rsidR="008612B3" w:rsidRDefault="00614360">
      <w:pPr>
        <w:pStyle w:val="Heading2"/>
        <w:spacing w:before="160" w:after="60"/>
      </w:pPr>
      <w:r>
        <w:rPr>
          <w:rFonts w:ascii="Arial" w:hAnsi="Arial"/>
          <w:sz w:val="22"/>
        </w:rPr>
        <w:t>Acknowledgment</w:t>
      </w:r>
    </w:p>
    <w:p w:rsidR="008612B3" w:rsidRDefault="00614360">
      <w:pPr>
        <w:pStyle w:val="CompactBody"/>
        <w:spacing w:after="60"/>
      </w:pPr>
      <w:r>
        <w:rPr>
          <w:sz w:val="19"/>
        </w:rPr>
        <w:t>I have reviewed this job description and understand the duties, qualifications, training requirements, role limitations, documentation responsibilities, and supervisory expectations of the Personal Care Assistant position. I agree to perform only authorized tasks for which I have been trained and found competent and to immediately seek supervisory guidance when a client request or condition is outside my assigned duties.</w:t>
      </w:r>
    </w:p>
    <w:tbl>
      <w:tblPr>
        <w:tblW w:w="0" w:type="auto"/>
        <w:jc w:val="center"/>
        <w:tblLayout w:type="fixed"/>
        <w:tblLook w:val="04A0" w:firstRow="1" w:lastRow="0" w:firstColumn="1" w:lastColumn="0" w:noHBand="0" w:noVBand="1"/>
      </w:tblPr>
      <w:tblGrid>
        <w:gridCol w:w="7056"/>
        <w:gridCol w:w="3384"/>
      </w:tblGrid>
      <w:tr w:rsidR="008612B3">
        <w:trPr>
          <w:trHeight w:val="605"/>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Employee Signature: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r w:rsidR="008612B3">
        <w:trPr>
          <w:trHeight w:val="605"/>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Supervisor / Agency Representative: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bl>
    <w:p w:rsidR="008612B3" w:rsidRDefault="00614360">
      <w:r>
        <w:br w:type="page"/>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shd w:val="clear" w:color="auto" w:fill="1F3A5F"/>
            <w:tcMar>
              <w:top w:w="150" w:type="dxa"/>
              <w:left w:w="120" w:type="dxa"/>
              <w:bottom w:w="150" w:type="dxa"/>
              <w:right w:w="120" w:type="dxa"/>
            </w:tcMar>
            <w:vAlign w:val="center"/>
          </w:tcPr>
          <w:p w:rsidR="008612B3" w:rsidRDefault="00614360">
            <w:pPr>
              <w:spacing w:after="0" w:line="240" w:lineRule="auto"/>
              <w:jc w:val="center"/>
            </w:pPr>
            <w:r>
              <w:rPr>
                <w:b/>
                <w:color w:val="FFFFFF"/>
                <w:sz w:val="31"/>
              </w:rPr>
              <w:lastRenderedPageBreak/>
              <w:t>MISCONDUCT STATEMENT</w:t>
            </w:r>
          </w:p>
        </w:tc>
      </w:tr>
    </w:tbl>
    <w:p w:rsidR="008612B3" w:rsidRDefault="00614360">
      <w:pPr>
        <w:spacing w:before="60" w:after="120"/>
        <w:jc w:val="center"/>
      </w:pPr>
      <w:r>
        <w:rPr>
          <w:i/>
          <w:color w:val="3E7C7B"/>
          <w:sz w:val="18"/>
        </w:rPr>
        <w:t>Personal Care Assistant (PCA)</w:t>
      </w:r>
    </w:p>
    <w:p w:rsidR="008612B3" w:rsidRDefault="00614360">
      <w:pPr>
        <w:spacing w:before="320" w:after="280"/>
      </w:pPr>
      <w:r>
        <w:rPr>
          <w:b/>
          <w:color w:val="1F3A5F"/>
          <w:sz w:val="20"/>
        </w:rPr>
        <w:t xml:space="preserve">Employee / Applicant Name: </w:t>
      </w:r>
      <w:r>
        <w:rPr>
          <w:color w:val="24313D"/>
          <w:sz w:val="20"/>
        </w:rPr>
        <w:t>______________________________________________</w:t>
      </w:r>
    </w:p>
    <w:p w:rsidR="008612B3" w:rsidRDefault="00614360">
      <w:pPr>
        <w:pStyle w:val="CompactBody"/>
        <w:spacing w:after="200"/>
      </w:pPr>
      <w:proofErr w:type="gramStart"/>
      <w:r>
        <w:rPr>
          <w:b/>
          <w:color w:val="1F3A5F"/>
          <w:sz w:val="20"/>
        </w:rPr>
        <w:t>Statement.</w:t>
      </w:r>
      <w:proofErr w:type="gramEnd"/>
      <w:r>
        <w:rPr>
          <w:b/>
          <w:color w:val="1F3A5F"/>
          <w:sz w:val="20"/>
        </w:rPr>
        <w:t xml:space="preserve"> </w:t>
      </w:r>
      <w:r>
        <w:rPr>
          <w:color w:val="24313D"/>
          <w:sz w:val="20"/>
        </w:rPr>
        <w:t>I affirm that I have never been shown by credible evidence, including a court or jury finding, a department or licensing investigation, or other reliable evidence, to have abused, neglected, sexually assaulted, exploited, or deprived any person, or to have subjected any person to serious injury as a result of intentional or grossly negligent misconduct.</w:t>
      </w:r>
    </w:p>
    <w:p w:rsidR="008612B3" w:rsidRDefault="00614360">
      <w:pPr>
        <w:pStyle w:val="CompactBody"/>
        <w:spacing w:after="200"/>
      </w:pPr>
      <w:r>
        <w:t>I further affirm that I have not made a material false statement concerning my qualifications to the Georgia Department of Community Health, [AGENCY NAME], a licensing board, or another employer. I understand that a false statement or omission may disqualify me from employment or result in termination.</w:t>
      </w:r>
    </w:p>
    <w:p w:rsidR="008612B3" w:rsidRDefault="00614360">
      <w:pPr>
        <w:pStyle w:val="CompactBody"/>
        <w:spacing w:after="200"/>
      </w:pPr>
      <w:r>
        <w:t>I agree to immediately notify [AGENCY NAME] if I become the subject of an allegation, investigation, finding, sanction, restriction, arrest, charge, or other event that may affect client safety, my professional credentials, or my fitness to perform assigned duties.</w:t>
      </w:r>
    </w:p>
    <w:p w:rsidR="008612B3" w:rsidRDefault="00614360">
      <w:pPr>
        <w:pStyle w:val="Heading2"/>
      </w:pPr>
      <w:r>
        <w:t>Disclosure</w:t>
      </w:r>
    </w:p>
    <w:p w:rsidR="008612B3" w:rsidRDefault="00614360">
      <w:pPr>
        <w:pStyle w:val="CompactBody"/>
      </w:pPr>
      <w:r>
        <w:t>Is there any information that may conflict with the statements above?   ☐ No   ☐ Yes</w:t>
      </w:r>
    </w:p>
    <w:p w:rsidR="008612B3" w:rsidRDefault="00614360">
      <w:pPr>
        <w:pStyle w:val="CompactBody"/>
      </w:pPr>
      <w:r>
        <w:t>If yes, explain: ________________________________________________________________________________________________</w:t>
      </w:r>
    </w:p>
    <w:p w:rsidR="008612B3" w:rsidRDefault="00614360">
      <w:pPr>
        <w:pStyle w:val="CompactBody"/>
      </w:pPr>
      <w:r>
        <w:t>____________________________________________________________________________________________________________</w:t>
      </w:r>
    </w:p>
    <w:tbl>
      <w:tblPr>
        <w:tblW w:w="0" w:type="auto"/>
        <w:jc w:val="center"/>
        <w:tblLayout w:type="fixed"/>
        <w:tblLook w:val="04A0" w:firstRow="1" w:lastRow="0" w:firstColumn="1" w:lastColumn="0" w:noHBand="0" w:noVBand="1"/>
      </w:tblPr>
      <w:tblGrid>
        <w:gridCol w:w="10440"/>
      </w:tblGrid>
      <w:tr w:rsidR="008612B3">
        <w:trPr>
          <w:jc w:val="center"/>
        </w:trPr>
        <w:tc>
          <w:tcPr>
            <w:tcW w:w="10440" w:type="dxa"/>
            <w:tcBorders>
              <w:top w:val="single" w:sz="6" w:space="0" w:color="3E7C7B"/>
              <w:left w:val="single" w:sz="6" w:space="0" w:color="3E7C7B"/>
              <w:bottom w:val="single" w:sz="6" w:space="0" w:color="3E7C7B"/>
              <w:right w:val="single" w:sz="6" w:space="0" w:color="3E7C7B"/>
            </w:tcBorders>
            <w:shd w:val="clear" w:color="auto" w:fill="EAF0F5"/>
            <w:tcMar>
              <w:top w:w="65" w:type="dxa"/>
              <w:left w:w="75" w:type="dxa"/>
              <w:bottom w:w="65" w:type="dxa"/>
              <w:right w:w="75" w:type="dxa"/>
            </w:tcMar>
            <w:vAlign w:val="center"/>
          </w:tcPr>
          <w:p w:rsidR="008612B3" w:rsidRDefault="00614360">
            <w:pPr>
              <w:spacing w:after="0" w:line="240" w:lineRule="auto"/>
            </w:pPr>
            <w:r>
              <w:rPr>
                <w:color w:val="24313D"/>
                <w:sz w:val="16"/>
              </w:rPr>
              <w:t>By signing below, I certify that this statement is true and complete to the best of my knowledge.</w:t>
            </w:r>
          </w:p>
        </w:tc>
      </w:tr>
    </w:tbl>
    <w:p w:rsidR="008612B3" w:rsidRDefault="008612B3">
      <w:pPr>
        <w:spacing w:after="0"/>
      </w:pPr>
    </w:p>
    <w:tbl>
      <w:tblPr>
        <w:tblW w:w="0" w:type="auto"/>
        <w:jc w:val="center"/>
        <w:tblLayout w:type="fixed"/>
        <w:tblLook w:val="04A0" w:firstRow="1" w:lastRow="0" w:firstColumn="1" w:lastColumn="0" w:noHBand="0" w:noVBand="1"/>
      </w:tblPr>
      <w:tblGrid>
        <w:gridCol w:w="7056"/>
        <w:gridCol w:w="3384"/>
      </w:tblGrid>
      <w:tr w:rsidR="008612B3">
        <w:trPr>
          <w:trHeight w:val="605"/>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Employee / Applicant Signature:</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r w:rsidR="008612B3">
        <w:trPr>
          <w:trHeight w:val="605"/>
          <w:jc w:val="center"/>
        </w:trPr>
        <w:tc>
          <w:tcPr>
            <w:tcW w:w="7056"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Agency Representative / Witness:</w:t>
            </w:r>
          </w:p>
        </w:tc>
        <w:tc>
          <w:tcPr>
            <w:tcW w:w="3384" w:type="dxa"/>
            <w:tcBorders>
              <w:top w:val="single" w:sz="4" w:space="0" w:color="D7E0E8"/>
              <w:left w:val="single" w:sz="4" w:space="0" w:color="D7E0E8"/>
              <w:bottom w:val="single" w:sz="4" w:space="0" w:color="D7E0E8"/>
              <w:right w:val="single" w:sz="4" w:space="0" w:color="D7E0E8"/>
            </w:tcBorders>
            <w:shd w:val="clear" w:color="auto" w:fill="F5F7F9"/>
            <w:tcMar>
              <w:top w:w="65" w:type="dxa"/>
              <w:left w:w="75" w:type="dxa"/>
              <w:bottom w:w="65" w:type="dxa"/>
              <w:right w:w="75" w:type="dxa"/>
            </w:tcMar>
            <w:vAlign w:val="center"/>
          </w:tcPr>
          <w:p w:rsidR="008612B3" w:rsidRDefault="00614360">
            <w:pPr>
              <w:spacing w:after="0" w:line="240" w:lineRule="auto"/>
            </w:pPr>
            <w:r>
              <w:rPr>
                <w:b/>
                <w:color w:val="24313D"/>
                <w:sz w:val="16"/>
              </w:rPr>
              <w:t>Date:</w:t>
            </w:r>
          </w:p>
        </w:tc>
      </w:tr>
    </w:tbl>
    <w:p w:rsidR="00614360" w:rsidRDefault="00614360"/>
    <w:sectPr w:rsidR="00614360" w:rsidSect="00034616">
      <w:headerReference w:type="even" r:id="rId9"/>
      <w:headerReference w:type="default" r:id="rId10"/>
      <w:footerReference w:type="even" r:id="rId11"/>
      <w:footerReference w:type="default" r:id="rId12"/>
      <w:headerReference w:type="first" r:id="rId13"/>
      <w:footerReference w:type="first" r:id="rId14"/>
      <w:pgSz w:w="12240" w:h="15840"/>
      <w:pgMar w:top="749" w:right="835" w:bottom="720" w:left="835" w:header="259"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08F" w:rsidRDefault="002E008F">
      <w:pPr>
        <w:spacing w:after="0" w:line="240" w:lineRule="auto"/>
      </w:pPr>
      <w:r>
        <w:separator/>
      </w:r>
    </w:p>
  </w:endnote>
  <w:endnote w:type="continuationSeparator" w:id="0">
    <w:p w:rsidR="002E008F" w:rsidRDefault="002E0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11" w:rsidRDefault="00E637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B3" w:rsidRDefault="008612B3">
    <w:pPr>
      <w:pStyle w:val="Footer"/>
    </w:pPr>
  </w:p>
  <w:tbl>
    <w:tblPr>
      <w:tblW w:w="0" w:type="auto"/>
      <w:jc w:val="center"/>
      <w:tblLayout w:type="fixed"/>
      <w:tblLook w:val="04A0" w:firstRow="1" w:lastRow="0" w:firstColumn="1" w:lastColumn="0" w:noHBand="0" w:noVBand="1"/>
    </w:tblPr>
    <w:tblGrid>
      <w:gridCol w:w="8208"/>
      <w:gridCol w:w="2361"/>
    </w:tblGrid>
    <w:tr w:rsidR="008612B3">
      <w:trPr>
        <w:jc w:val="center"/>
      </w:trPr>
      <w:tc>
        <w:tcPr>
          <w:tcW w:w="8208" w:type="dxa"/>
          <w:tcBorders>
            <w:top w:val="single" w:sz="6" w:space="0" w:color="D7E0E8"/>
          </w:tcBorders>
          <w:tcMar>
            <w:top w:w="65" w:type="dxa"/>
            <w:left w:w="75" w:type="dxa"/>
            <w:bottom w:w="65" w:type="dxa"/>
            <w:right w:w="75" w:type="dxa"/>
          </w:tcMar>
          <w:vAlign w:val="center"/>
        </w:tcPr>
        <w:p w:rsidR="008612B3" w:rsidRDefault="00614360">
          <w:pPr>
            <w:spacing w:after="0" w:line="240" w:lineRule="auto"/>
          </w:pPr>
          <w:r>
            <w:rPr>
              <w:color w:val="66737F"/>
              <w:sz w:val="15"/>
            </w:rPr>
            <w:t>CONFIDENTIAL PERSONNEL DOCUMENT  |  Editable agency template</w:t>
          </w:r>
        </w:p>
      </w:tc>
      <w:tc>
        <w:tcPr>
          <w:tcW w:w="2361" w:type="dxa"/>
          <w:tcBorders>
            <w:top w:val="single" w:sz="6" w:space="0" w:color="D7E0E8"/>
          </w:tcBorders>
        </w:tcPr>
        <w:p w:rsidR="008612B3" w:rsidRDefault="00614360">
          <w:pPr>
            <w:jc w:val="right"/>
          </w:pPr>
          <w:r>
            <w:rPr>
              <w:color w:val="66737F"/>
              <w:sz w:val="16"/>
            </w:rPr>
            <w:t xml:space="preserve">Page </w:t>
          </w:r>
          <w:r>
            <w:rPr>
              <w:color w:val="66737F"/>
              <w:sz w:val="16"/>
            </w:rPr>
            <w:fldChar w:fldCharType="begin"/>
          </w:r>
          <w:r>
            <w:rPr>
              <w:color w:val="66737F"/>
              <w:sz w:val="16"/>
            </w:rPr>
            <w:instrText>PAGE</w:instrText>
          </w:r>
          <w:r>
            <w:rPr>
              <w:color w:val="66737F"/>
              <w:sz w:val="16"/>
            </w:rPr>
            <w:fldChar w:fldCharType="separate"/>
          </w:r>
          <w:r w:rsidR="00E63711">
            <w:rPr>
              <w:noProof/>
              <w:color w:val="66737F"/>
              <w:sz w:val="16"/>
            </w:rPr>
            <w:t>1</w:t>
          </w:r>
          <w:r>
            <w:rPr>
              <w:color w:val="66737F"/>
              <w:sz w:val="16"/>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11" w:rsidRDefault="00E63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08F" w:rsidRDefault="002E008F">
      <w:pPr>
        <w:spacing w:after="0" w:line="240" w:lineRule="auto"/>
      </w:pPr>
      <w:r>
        <w:separator/>
      </w:r>
    </w:p>
  </w:footnote>
  <w:footnote w:type="continuationSeparator" w:id="0">
    <w:p w:rsidR="002E008F" w:rsidRDefault="002E00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11" w:rsidRDefault="00E637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B3" w:rsidRDefault="008612B3">
    <w:pPr>
      <w:pStyle w:val="Header"/>
    </w:pPr>
  </w:p>
  <w:tbl>
    <w:tblPr>
      <w:tblW w:w="0" w:type="auto"/>
      <w:jc w:val="center"/>
      <w:tblLayout w:type="fixed"/>
      <w:tblLook w:val="04A0" w:firstRow="1" w:lastRow="0" w:firstColumn="1" w:lastColumn="0" w:noHBand="0" w:noVBand="1"/>
    </w:tblPr>
    <w:tblGrid>
      <w:gridCol w:w="7056"/>
      <w:gridCol w:w="3513"/>
    </w:tblGrid>
    <w:tr w:rsidR="008612B3">
      <w:trPr>
        <w:jc w:val="center"/>
      </w:trPr>
      <w:tc>
        <w:tcPr>
          <w:tcW w:w="7056" w:type="dxa"/>
          <w:tcBorders>
            <w:bottom w:val="single" w:sz="10" w:space="0" w:color="3E7C7B"/>
          </w:tcBorders>
          <w:tcMar>
            <w:top w:w="65" w:type="dxa"/>
            <w:left w:w="75" w:type="dxa"/>
            <w:bottom w:w="65" w:type="dxa"/>
            <w:right w:w="75" w:type="dxa"/>
          </w:tcMar>
          <w:vAlign w:val="center"/>
        </w:tcPr>
        <w:p w:rsidR="008612B3" w:rsidRDefault="00E63711">
          <w:pPr>
            <w:spacing w:after="0" w:line="240" w:lineRule="auto"/>
          </w:pPr>
          <w:proofErr w:type="spellStart"/>
          <w:r>
            <w:rPr>
              <w:b/>
              <w:color w:val="1F3A5F"/>
            </w:rPr>
            <w:t>Northside</w:t>
          </w:r>
          <w:proofErr w:type="spellEnd"/>
          <w:r>
            <w:rPr>
              <w:b/>
              <w:color w:val="1F3A5F"/>
            </w:rPr>
            <w:t xml:space="preserve"> Homecare LLC</w:t>
          </w:r>
          <w:bookmarkStart w:id="0" w:name="_GoBack"/>
          <w:bookmarkEnd w:id="0"/>
        </w:p>
      </w:tc>
      <w:tc>
        <w:tcPr>
          <w:tcW w:w="3513" w:type="dxa"/>
          <w:tcBorders>
            <w:bottom w:val="single" w:sz="10" w:space="0" w:color="3E7C7B"/>
          </w:tcBorders>
          <w:tcMar>
            <w:top w:w="65" w:type="dxa"/>
            <w:left w:w="75" w:type="dxa"/>
            <w:bottom w:w="65" w:type="dxa"/>
            <w:right w:w="75" w:type="dxa"/>
          </w:tcMar>
          <w:vAlign w:val="center"/>
        </w:tcPr>
        <w:p w:rsidR="008612B3" w:rsidRDefault="00614360">
          <w:pPr>
            <w:spacing w:after="0" w:line="240" w:lineRule="auto"/>
            <w:jc w:val="right"/>
          </w:pPr>
          <w:r>
            <w:rPr>
              <w:b/>
              <w:color w:val="3E7C7B"/>
              <w:sz w:val="16"/>
            </w:rPr>
            <w:t>Personal Care Assistant (PCA) HIRING &amp; ONBOARDING</w:t>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11" w:rsidRDefault="00E63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E008F"/>
    <w:rsid w:val="00326F90"/>
    <w:rsid w:val="005E6DC9"/>
    <w:rsid w:val="00614360"/>
    <w:rsid w:val="008612B3"/>
    <w:rsid w:val="00AA1D8D"/>
    <w:rsid w:val="00B47730"/>
    <w:rsid w:val="00CB0664"/>
    <w:rsid w:val="00E6371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after="140"/>
      <w:outlineLvl w:val="0"/>
    </w:pPr>
    <w:rPr>
      <w:rFonts w:asciiTheme="majorHAnsi" w:eastAsiaTheme="majorEastAsia" w:hAnsiTheme="majorHAnsi" w:cstheme="majorBidi"/>
      <w:b/>
      <w:bCs/>
      <w:color w:val="1F3A5F"/>
      <w:sz w:val="28"/>
      <w:szCs w:val="28"/>
    </w:rPr>
  </w:style>
  <w:style w:type="paragraph" w:styleId="Heading2">
    <w:name w:val="heading 2"/>
    <w:basedOn w:val="Normal"/>
    <w:next w:val="Normal"/>
    <w:link w:val="Heading2Char"/>
    <w:uiPriority w:val="9"/>
    <w:unhideWhenUsed/>
    <w:qFormat/>
    <w:rsid w:val="00FC693F"/>
    <w:pPr>
      <w:keepNext/>
      <w:keepLines/>
      <w:spacing w:before="100" w:after="80"/>
      <w:outlineLvl w:val="1"/>
    </w:pPr>
    <w:rPr>
      <w:rFonts w:asciiTheme="majorHAnsi" w:eastAsiaTheme="majorEastAsia" w:hAnsiTheme="majorHAnsi" w:cstheme="majorBidi"/>
      <w:b/>
      <w:bCs/>
      <w:color w:val="3E7C7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3A5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ody">
    <w:name w:val="Compact Body"/>
    <w:pPr>
      <w:spacing w:after="40" w:line="240" w:lineRule="auto"/>
    </w:pPr>
    <w:rPr>
      <w:rFonts w:ascii="Arial" w:hAnsi="Arial"/>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after="140"/>
      <w:outlineLvl w:val="0"/>
    </w:pPr>
    <w:rPr>
      <w:rFonts w:asciiTheme="majorHAnsi" w:eastAsiaTheme="majorEastAsia" w:hAnsiTheme="majorHAnsi" w:cstheme="majorBidi"/>
      <w:b/>
      <w:bCs/>
      <w:color w:val="1F3A5F"/>
      <w:sz w:val="28"/>
      <w:szCs w:val="28"/>
    </w:rPr>
  </w:style>
  <w:style w:type="paragraph" w:styleId="Heading2">
    <w:name w:val="heading 2"/>
    <w:basedOn w:val="Normal"/>
    <w:next w:val="Normal"/>
    <w:link w:val="Heading2Char"/>
    <w:uiPriority w:val="9"/>
    <w:unhideWhenUsed/>
    <w:qFormat/>
    <w:rsid w:val="00FC693F"/>
    <w:pPr>
      <w:keepNext/>
      <w:keepLines/>
      <w:spacing w:before="100" w:after="80"/>
      <w:outlineLvl w:val="1"/>
    </w:pPr>
    <w:rPr>
      <w:rFonts w:asciiTheme="majorHAnsi" w:eastAsiaTheme="majorEastAsia" w:hAnsiTheme="majorHAnsi" w:cstheme="majorBidi"/>
      <w:b/>
      <w:bCs/>
      <w:color w:val="3E7C7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3A5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ody">
    <w:name w:val="Compact Body"/>
    <w:pPr>
      <w:spacing w:after="40" w:line="240" w:lineRule="auto"/>
    </w:pPr>
    <w:rPr>
      <w:rFonts w:ascii="Arial" w:hAnsi="Arial"/>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BE5CB-2274-438E-AD7A-E5B438650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4055</Words>
  <Characters>23117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Personal Care Assistant Hiring and Onboarding Packet</vt:lpstr>
    </vt:vector>
  </TitlesOfParts>
  <Company>EOP</Company>
  <LinksUpToDate>false</LinksUpToDate>
  <CharactersWithSpaces>27118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Care Assistant Hiring and Onboarding Packet</dc:title>
  <dc:subject>Editable private home care hiring and onboarding packet</dc:subject>
  <dc:creator>Caring Hearts Consulting Group</dc:creator>
  <cp:keywords>private home care, onboarding, hiring, editable template</cp:keywords>
  <dc:description>generated by python-docx</dc:description>
  <cp:lastModifiedBy>User</cp:lastModifiedBy>
  <cp:revision>2</cp:revision>
  <dcterms:created xsi:type="dcterms:W3CDTF">2026-07-25T14:07:00Z</dcterms:created>
  <dcterms:modified xsi:type="dcterms:W3CDTF">2026-07-25T14:07:00Z</dcterms:modified>
</cp:coreProperties>
</file>